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1C" w:rsidRDefault="0073549A">
      <w:pPr>
        <w:spacing w:after="40"/>
        <w:jc w:val="center"/>
      </w:pPr>
      <w:r>
        <w:rPr>
          <w:b/>
          <w:sz w:val="26"/>
        </w:rPr>
        <w:t>QOIDALAR</w:t>
      </w:r>
    </w:p>
    <w:p w:rsidR="00CA601C" w:rsidRDefault="00A86B5E">
      <w:pPr>
        <w:spacing w:after="40"/>
        <w:jc w:val="center"/>
      </w:pPr>
      <w:proofErr w:type="spellStart"/>
      <w:r>
        <w:rPr>
          <w:sz w:val="22"/>
        </w:rPr>
        <w:t>Rag‘</w:t>
      </w:r>
      <w:r w:rsidR="0073549A">
        <w:rPr>
          <w:sz w:val="22"/>
        </w:rPr>
        <w:t>bat</w:t>
      </w:r>
      <w:r>
        <w:rPr>
          <w:sz w:val="22"/>
        </w:rPr>
        <w:t>lantiruvchi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reklama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tadbirini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o‘</w:t>
      </w:r>
      <w:r w:rsidR="0073549A">
        <w:rPr>
          <w:sz w:val="22"/>
        </w:rPr>
        <w:t>tkazish</w:t>
      </w:r>
      <w:proofErr w:type="spellEnd"/>
    </w:p>
    <w:p w:rsidR="00CA601C" w:rsidRDefault="0073549A">
      <w:pPr>
        <w:spacing w:after="160"/>
        <w:jc w:val="center"/>
      </w:pPr>
      <w:r>
        <w:rPr>
          <w:b/>
          <w:sz w:val="22"/>
        </w:rPr>
        <w:t>«Mobil ilovada 15% chegirma»</w:t>
      </w:r>
    </w:p>
    <w:p w:rsidR="00CA601C" w:rsidRDefault="00A86B5E">
      <w:pPr>
        <w:pStyle w:val="1"/>
      </w:pPr>
      <w:proofErr w:type="spellStart"/>
      <w:r>
        <w:t>Atamalar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ta’</w:t>
      </w:r>
      <w:r w:rsidR="0073549A">
        <w:t>riflar</w:t>
      </w:r>
      <w:proofErr w:type="spellEnd"/>
    </w:p>
    <w:p w:rsidR="00CA601C" w:rsidRDefault="00A86B5E">
      <w:proofErr w:type="spellStart"/>
      <w:r>
        <w:rPr>
          <w:b/>
        </w:rPr>
        <w:t>Aksiya</w:t>
      </w:r>
      <w:proofErr w:type="spellEnd"/>
      <w:r>
        <w:rPr>
          <w:b/>
        </w:rPr>
        <w:t xml:space="preserve"> –</w:t>
      </w:r>
      <w:r w:rsidR="0073549A">
        <w:rPr>
          <w:b/>
        </w:rPr>
        <w:t xml:space="preserve"> </w:t>
      </w:r>
      <w:proofErr w:type="spellStart"/>
      <w:r w:rsidR="00B52C1A">
        <w:t>Iste’</w:t>
      </w:r>
      <w:r w:rsidR="0073549A">
        <w:t>molchilarning</w:t>
      </w:r>
      <w:proofErr w:type="spellEnd"/>
      <w:r w:rsidR="0073549A">
        <w:t xml:space="preserve"> </w:t>
      </w:r>
      <w:proofErr w:type="spellStart"/>
      <w:r w:rsidR="0073549A">
        <w:t>Tashkilotchi</w:t>
      </w:r>
      <w:proofErr w:type="spellEnd"/>
      <w:r w:rsidR="0073549A">
        <w:t xml:space="preserve"> </w:t>
      </w:r>
      <w:proofErr w:type="spellStart"/>
      <w:r w:rsidR="0073549A">
        <w:t>va</w:t>
      </w:r>
      <w:proofErr w:type="spellEnd"/>
      <w:r w:rsidR="0073549A">
        <w:t xml:space="preserve"> u </w:t>
      </w:r>
      <w:proofErr w:type="spellStart"/>
      <w:r w:rsidR="0073549A">
        <w:t>ko</w:t>
      </w:r>
      <w:r w:rsidR="00B52C1A">
        <w:rPr>
          <w:sz w:val="22"/>
        </w:rPr>
        <w:t>‘</w:t>
      </w:r>
      <w:r w:rsidR="00B52C1A">
        <w:t>rsatayotgan</w:t>
      </w:r>
      <w:proofErr w:type="spellEnd"/>
      <w:r w:rsidR="00B52C1A">
        <w:t xml:space="preserve"> </w:t>
      </w:r>
      <w:proofErr w:type="spellStart"/>
      <w:r w:rsidR="00B52C1A">
        <w:t>xizmatlarga</w:t>
      </w:r>
      <w:proofErr w:type="spellEnd"/>
      <w:r w:rsidR="00B52C1A">
        <w:t xml:space="preserve"> </w:t>
      </w:r>
      <w:proofErr w:type="spellStart"/>
      <w:r w:rsidR="00B52C1A">
        <w:t>e’</w:t>
      </w:r>
      <w:r w:rsidR="0073549A">
        <w:t>tiborini</w:t>
      </w:r>
      <w:proofErr w:type="spellEnd"/>
      <w:r w:rsidR="0073549A">
        <w:t xml:space="preserve"> </w:t>
      </w:r>
      <w:proofErr w:type="spellStart"/>
      <w:r w:rsidR="0073549A">
        <w:t>jalb</w:t>
      </w:r>
      <w:proofErr w:type="spellEnd"/>
      <w:r w:rsidR="0073549A">
        <w:t xml:space="preserve"> </w:t>
      </w:r>
      <w:proofErr w:type="spellStart"/>
      <w:r w:rsidR="0073549A">
        <w:t>etishga</w:t>
      </w:r>
      <w:proofErr w:type="spellEnd"/>
      <w:r w:rsidR="0073549A">
        <w:t xml:space="preserve"> </w:t>
      </w:r>
      <w:proofErr w:type="spellStart"/>
      <w:r w:rsidR="0073549A">
        <w:t>qaratilgan</w:t>
      </w:r>
      <w:proofErr w:type="spellEnd"/>
      <w:r w:rsidR="0073549A">
        <w:t xml:space="preserve"> «Mobil </w:t>
      </w:r>
      <w:proofErr w:type="spellStart"/>
      <w:r w:rsidR="0073549A">
        <w:t>ilovada</w:t>
      </w:r>
      <w:proofErr w:type="spellEnd"/>
      <w:r w:rsidR="0073549A">
        <w:t xml:space="preserve"> 15% </w:t>
      </w:r>
      <w:proofErr w:type="spellStart"/>
      <w:r w:rsidR="0073549A">
        <w:t>chegirma</w:t>
      </w:r>
      <w:proofErr w:type="spellEnd"/>
      <w:r w:rsidR="0073549A">
        <w:t xml:space="preserve">» </w:t>
      </w:r>
      <w:proofErr w:type="spellStart"/>
      <w:r w:rsidR="0073549A">
        <w:t>rag</w:t>
      </w:r>
      <w:r>
        <w:rPr>
          <w:sz w:val="22"/>
        </w:rPr>
        <w:t>‘</w:t>
      </w:r>
      <w:r w:rsidR="0073549A">
        <w:t>batlantiruvchi</w:t>
      </w:r>
      <w:proofErr w:type="spellEnd"/>
      <w:r w:rsidR="0073549A">
        <w:t xml:space="preserve"> </w:t>
      </w:r>
      <w:proofErr w:type="spellStart"/>
      <w:r w:rsidR="0073549A">
        <w:t>reklama</w:t>
      </w:r>
      <w:proofErr w:type="spellEnd"/>
      <w:r w:rsidR="0073549A">
        <w:t xml:space="preserve"> </w:t>
      </w:r>
      <w:proofErr w:type="spellStart"/>
      <w:r w:rsidR="0073549A">
        <w:t>ta</w:t>
      </w:r>
      <w:r>
        <w:t>dbiri</w:t>
      </w:r>
      <w:proofErr w:type="spellEnd"/>
      <w:r>
        <w:t xml:space="preserve">. </w:t>
      </w:r>
      <w:proofErr w:type="spellStart"/>
      <w:proofErr w:type="gramStart"/>
      <w:r>
        <w:t>Aksiya</w:t>
      </w:r>
      <w:proofErr w:type="spellEnd"/>
      <w:r>
        <w:t xml:space="preserve"> </w:t>
      </w:r>
      <w:proofErr w:type="spellStart"/>
      <w:r>
        <w:t>lotereya</w:t>
      </w:r>
      <w:proofErr w:type="spellEnd"/>
      <w:r>
        <w:t xml:space="preserve">, </w:t>
      </w:r>
      <w:proofErr w:type="spellStart"/>
      <w:r>
        <w:t>qimor</w:t>
      </w:r>
      <w:proofErr w:type="spellEnd"/>
      <w:r>
        <w:t xml:space="preserve"> </w:t>
      </w:r>
      <w:proofErr w:type="spellStart"/>
      <w:r>
        <w:t>o</w:t>
      </w:r>
      <w:r>
        <w:rPr>
          <w:sz w:val="22"/>
        </w:rPr>
        <w:t>‘</w:t>
      </w:r>
      <w:r w:rsidR="0073549A">
        <w:t>yini</w:t>
      </w:r>
      <w:proofErr w:type="spellEnd"/>
      <w:r w:rsidR="0073549A">
        <w:t xml:space="preserve"> </w:t>
      </w:r>
      <w:proofErr w:type="spellStart"/>
      <w:r w:rsidR="0073549A">
        <w:t>yoki</w:t>
      </w:r>
      <w:proofErr w:type="spellEnd"/>
      <w:r w:rsidR="0073549A">
        <w:t xml:space="preserve"> </w:t>
      </w:r>
      <w:proofErr w:type="spellStart"/>
      <w:r w:rsidR="0073549A">
        <w:t>tavakkalchilikka</w:t>
      </w:r>
      <w:proofErr w:type="spellEnd"/>
      <w:r w:rsidR="0073549A">
        <w:t xml:space="preserve"> </w:t>
      </w:r>
      <w:proofErr w:type="spellStart"/>
      <w:r w:rsidR="0073549A">
        <w:t>asoslangan</w:t>
      </w:r>
      <w:proofErr w:type="spellEnd"/>
      <w:r w:rsidR="0073549A">
        <w:t xml:space="preserve"> boshqa tadbir hisoblanmaydi.</w:t>
      </w:r>
      <w:proofErr w:type="gramEnd"/>
    </w:p>
    <w:p w:rsidR="00CA601C" w:rsidRDefault="00A86B5E">
      <w:r>
        <w:rPr>
          <w:b/>
        </w:rPr>
        <w:t>Tashkilotchi –</w:t>
      </w:r>
      <w:r w:rsidR="0073549A">
        <w:rPr>
          <w:b/>
        </w:rPr>
        <w:t xml:space="preserve"> </w:t>
      </w:r>
      <w:r w:rsidR="0073549A">
        <w:t>Centrum Air brendi ostida faoliya</w:t>
      </w:r>
      <w:r>
        <w:t xml:space="preserve">t yurituvchi «MY FREIGHTER» </w:t>
      </w:r>
      <w:proofErr w:type="spellStart"/>
      <w:r>
        <w:t>mas’</w:t>
      </w:r>
      <w:r w:rsidR="0073549A">
        <w:t>uliyati</w:t>
      </w:r>
      <w:proofErr w:type="spellEnd"/>
      <w:r w:rsidR="0073549A">
        <w:t xml:space="preserve"> cheklangan jamiyati; davlat </w:t>
      </w:r>
      <w:proofErr w:type="spellStart"/>
      <w:r w:rsidR="0073549A">
        <w:t>ro</w:t>
      </w:r>
      <w:r>
        <w:rPr>
          <w:sz w:val="22"/>
        </w:rPr>
        <w:t>‘</w:t>
      </w:r>
      <w:r w:rsidR="0073549A">
        <w:t>yxatidan</w:t>
      </w:r>
      <w:proofErr w:type="spellEnd"/>
      <w:r w:rsidR="0073549A">
        <w:t xml:space="preserve"> </w:t>
      </w:r>
      <w:proofErr w:type="spellStart"/>
      <w:r>
        <w:t>o</w:t>
      </w:r>
      <w:r>
        <w:rPr>
          <w:sz w:val="22"/>
        </w:rPr>
        <w:t>‘</w:t>
      </w:r>
      <w:r w:rsidR="0073549A">
        <w:t>tgan</w:t>
      </w:r>
      <w:proofErr w:type="spellEnd"/>
      <w:r w:rsidR="0073549A">
        <w:t xml:space="preserve"> sana </w:t>
      </w:r>
      <w:r>
        <w:t>–</w:t>
      </w:r>
      <w:r w:rsidR="0073549A">
        <w:t xml:space="preserve"> 03.01.2020; STIR</w:t>
      </w:r>
      <w:r>
        <w:t xml:space="preserve"> - 306985993; yuridik manzil: </w:t>
      </w:r>
      <w:proofErr w:type="spellStart"/>
      <w:r>
        <w:t>O</w:t>
      </w:r>
      <w:r>
        <w:rPr>
          <w:sz w:val="22"/>
        </w:rPr>
        <w:t>‘</w:t>
      </w:r>
      <w:r w:rsidR="0073549A">
        <w:t>zbekiston</w:t>
      </w:r>
      <w:proofErr w:type="spellEnd"/>
      <w:r w:rsidR="0073549A">
        <w:t xml:space="preserve"> Respublika</w:t>
      </w:r>
      <w:r w:rsidR="00B52C1A">
        <w:t xml:space="preserve">si, Toshkent </w:t>
      </w:r>
      <w:proofErr w:type="spellStart"/>
      <w:r w:rsidR="00B52C1A">
        <w:t>shahri</w:t>
      </w:r>
      <w:proofErr w:type="spellEnd"/>
      <w:r w:rsidR="00B52C1A">
        <w:t xml:space="preserve">, </w:t>
      </w:r>
      <w:proofErr w:type="spellStart"/>
      <w:r w:rsidR="00B52C1A">
        <w:t>Mirzo</w:t>
      </w:r>
      <w:proofErr w:type="spellEnd"/>
      <w:r w:rsidR="00B52C1A">
        <w:t xml:space="preserve"> </w:t>
      </w:r>
      <w:proofErr w:type="spellStart"/>
      <w:r w:rsidR="00B52C1A">
        <w:t>Ulug</w:t>
      </w:r>
      <w:r w:rsidR="00B52C1A">
        <w:rPr>
          <w:sz w:val="22"/>
        </w:rPr>
        <w:t>‘</w:t>
      </w:r>
      <w:r w:rsidR="0073549A">
        <w:t>bek</w:t>
      </w:r>
      <w:proofErr w:type="spellEnd"/>
      <w:r w:rsidR="0073549A">
        <w:t xml:space="preserve"> </w:t>
      </w:r>
      <w:proofErr w:type="spellStart"/>
      <w:r w:rsidR="0073549A">
        <w:t>tumani</w:t>
      </w:r>
      <w:proofErr w:type="spellEnd"/>
      <w:r w:rsidR="0073549A">
        <w:t>,</w:t>
      </w:r>
      <w:r>
        <w:t xml:space="preserve"> </w:t>
      </w:r>
      <w:proofErr w:type="spellStart"/>
      <w:r>
        <w:t>Lashkarbegi</w:t>
      </w:r>
      <w:proofErr w:type="spellEnd"/>
      <w:r>
        <w:t xml:space="preserve"> MFY, </w:t>
      </w:r>
      <w:proofErr w:type="spellStart"/>
      <w:r>
        <w:t>Buyuk</w:t>
      </w:r>
      <w:proofErr w:type="spellEnd"/>
      <w:r>
        <w:t xml:space="preserve"> </w:t>
      </w:r>
      <w:proofErr w:type="spellStart"/>
      <w:r>
        <w:t>Ipak</w:t>
      </w:r>
      <w:proofErr w:type="spellEnd"/>
      <w:r>
        <w:t xml:space="preserve"> </w:t>
      </w:r>
      <w:proofErr w:type="spellStart"/>
      <w:r>
        <w:t>Yo</w:t>
      </w:r>
      <w:r>
        <w:rPr>
          <w:sz w:val="22"/>
        </w:rPr>
        <w:t>‘</w:t>
      </w:r>
      <w:r>
        <w:t>li</w:t>
      </w:r>
      <w:proofErr w:type="spellEnd"/>
      <w:r>
        <w:t xml:space="preserve"> </w:t>
      </w:r>
      <w:proofErr w:type="spellStart"/>
      <w:r>
        <w:t>ko</w:t>
      </w:r>
      <w:r>
        <w:rPr>
          <w:sz w:val="22"/>
        </w:rPr>
        <w:t>‘</w:t>
      </w:r>
      <w:r w:rsidR="0073549A">
        <w:t>chasi</w:t>
      </w:r>
      <w:proofErr w:type="spellEnd"/>
      <w:r w:rsidR="0073549A">
        <w:t>, 262-uy. Havo tashuvlari Centrum Air brendi ostida faoliyat yurituvchi «MY FREIGHTER» M</w:t>
      </w:r>
      <w:r w:rsidR="0073549A">
        <w:t>ChJ yuridik shaxsi tomonidan amalga oshiriladi.</w:t>
      </w:r>
    </w:p>
    <w:p w:rsidR="00CA601C" w:rsidRDefault="00A86B5E">
      <w:r>
        <w:rPr>
          <w:b/>
        </w:rPr>
        <w:t>Ishtirokchi –</w:t>
      </w:r>
      <w:r w:rsidR="0073549A">
        <w:rPr>
          <w:b/>
        </w:rPr>
        <w:t xml:space="preserve"> </w:t>
      </w:r>
      <w:r w:rsidR="0073549A">
        <w:t>18 (</w:t>
      </w:r>
      <w:proofErr w:type="spellStart"/>
      <w:r w:rsidR="0073549A">
        <w:t>o</w:t>
      </w:r>
      <w:r>
        <w:rPr>
          <w:sz w:val="22"/>
        </w:rPr>
        <w:t>‘</w:t>
      </w:r>
      <w:r>
        <w:t>n</w:t>
      </w:r>
      <w:proofErr w:type="spellEnd"/>
      <w:r>
        <w:t xml:space="preserve"> sakkiz) yoshga </w:t>
      </w:r>
      <w:proofErr w:type="spellStart"/>
      <w:r>
        <w:t>to</w:t>
      </w:r>
      <w:r>
        <w:rPr>
          <w:sz w:val="22"/>
        </w:rPr>
        <w:t>‘</w:t>
      </w:r>
      <w:r>
        <w:t>lgan</w:t>
      </w:r>
      <w:proofErr w:type="spellEnd"/>
      <w:r>
        <w:t xml:space="preserve">, </w:t>
      </w:r>
      <w:proofErr w:type="spellStart"/>
      <w:r>
        <w:t>o</w:t>
      </w:r>
      <w:r>
        <w:rPr>
          <w:sz w:val="22"/>
        </w:rPr>
        <w:t>‘</w:t>
      </w:r>
      <w:r>
        <w:t>zi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boshqa</w:t>
      </w:r>
      <w:proofErr w:type="spellEnd"/>
      <w:r>
        <w:t xml:space="preserve"> </w:t>
      </w:r>
      <w:proofErr w:type="spellStart"/>
      <w:r>
        <w:t>yo</w:t>
      </w:r>
      <w:r>
        <w:rPr>
          <w:sz w:val="22"/>
        </w:rPr>
        <w:t>‘</w:t>
      </w:r>
      <w:r w:rsidR="0073549A">
        <w:t>lovchi</w:t>
      </w:r>
      <w:proofErr w:type="spellEnd"/>
      <w:r w:rsidR="0073549A">
        <w:t xml:space="preserve"> </w:t>
      </w:r>
      <w:proofErr w:type="spellStart"/>
      <w:r w:rsidR="0073549A">
        <w:t>uchun</w:t>
      </w:r>
      <w:proofErr w:type="spellEnd"/>
      <w:r w:rsidR="0073549A">
        <w:t xml:space="preserve"> </w:t>
      </w:r>
      <w:proofErr w:type="spellStart"/>
      <w:r w:rsidR="0073549A">
        <w:t>Aksiyali</w:t>
      </w:r>
      <w:proofErr w:type="spellEnd"/>
      <w:r w:rsidR="0073549A">
        <w:t xml:space="preserve"> </w:t>
      </w:r>
      <w:proofErr w:type="spellStart"/>
      <w:r w:rsidR="0073549A">
        <w:t>aviachiptani</w:t>
      </w:r>
      <w:proofErr w:type="spellEnd"/>
      <w:r w:rsidR="0073549A">
        <w:t xml:space="preserve"> xarid qiladigan muomala layoqatiga ega jismoniy shaxs.</w:t>
      </w:r>
    </w:p>
    <w:p w:rsidR="00CA601C" w:rsidRDefault="00A86B5E">
      <w:r>
        <w:rPr>
          <w:b/>
        </w:rPr>
        <w:t>Aksiyali aviachipta –</w:t>
      </w:r>
      <w:r w:rsidR="0073549A">
        <w:rPr>
          <w:b/>
        </w:rPr>
        <w:t xml:space="preserve"> </w:t>
      </w:r>
      <w:r w:rsidR="0073549A">
        <w:t>ushbu Qoidalar shartlariga muv</w:t>
      </w:r>
      <w:r w:rsidR="0073549A">
        <w:t xml:space="preserve">ofiq savdo davrida chegirma </w:t>
      </w:r>
      <w:proofErr w:type="spellStart"/>
      <w:r w:rsidR="0073549A">
        <w:t>bilan</w:t>
      </w:r>
      <w:proofErr w:type="spellEnd"/>
      <w:r w:rsidR="0073549A">
        <w:t xml:space="preserve"> </w:t>
      </w:r>
      <w:proofErr w:type="spellStart"/>
      <w:r w:rsidR="0073549A">
        <w:t>rasmiylashtirilgan</w:t>
      </w:r>
      <w:proofErr w:type="spellEnd"/>
      <w:r w:rsidR="0073549A">
        <w:t xml:space="preserve"> </w:t>
      </w:r>
      <w:proofErr w:type="spellStart"/>
      <w:proofErr w:type="gramStart"/>
      <w:r w:rsidR="0073549A">
        <w:t>va</w:t>
      </w:r>
      <w:proofErr w:type="spellEnd"/>
      <w:proofErr w:type="gramEnd"/>
      <w:r w:rsidR="0073549A">
        <w:t xml:space="preserve"> </w:t>
      </w:r>
      <w:proofErr w:type="spellStart"/>
      <w:r w:rsidR="0073549A">
        <w:t>to</w:t>
      </w:r>
      <w:r>
        <w:rPr>
          <w:sz w:val="22"/>
        </w:rPr>
        <w:t>‘</w:t>
      </w:r>
      <w:r w:rsidR="0073549A">
        <w:t>l</w:t>
      </w:r>
      <w:r>
        <w:t>ov</w:t>
      </w:r>
      <w:proofErr w:type="spellEnd"/>
      <w:r>
        <w:t xml:space="preserve"> </w:t>
      </w:r>
      <w:proofErr w:type="spellStart"/>
      <w:r>
        <w:t>amalga</w:t>
      </w:r>
      <w:proofErr w:type="spellEnd"/>
      <w:r>
        <w:t xml:space="preserve"> </w:t>
      </w:r>
      <w:proofErr w:type="spellStart"/>
      <w:r>
        <w:t>oshirilg</w:t>
      </w:r>
      <w:r w:rsidR="0073549A">
        <w:t>an</w:t>
      </w:r>
      <w:proofErr w:type="spellEnd"/>
      <w:r w:rsidR="0073549A">
        <w:t xml:space="preserve"> </w:t>
      </w:r>
      <w:proofErr w:type="spellStart"/>
      <w:r w:rsidR="0073549A">
        <w:t>aviachipta</w:t>
      </w:r>
      <w:proofErr w:type="spellEnd"/>
      <w:r w:rsidR="0073549A">
        <w:t>.</w:t>
      </w:r>
    </w:p>
    <w:p w:rsidR="00CA601C" w:rsidRDefault="0073549A">
      <w:r>
        <w:rPr>
          <w:b/>
        </w:rPr>
        <w:t xml:space="preserve">Mobil ilova </w:t>
      </w:r>
      <w:r w:rsidR="00A86B5E">
        <w:rPr>
          <w:b/>
        </w:rPr>
        <w:t>–</w:t>
      </w:r>
      <w:r>
        <w:rPr>
          <w:b/>
        </w:rPr>
        <w:t xml:space="preserve"> </w:t>
      </w:r>
      <w:r>
        <w:t xml:space="preserve">iOS </w:t>
      </w:r>
      <w:proofErr w:type="gramStart"/>
      <w:r>
        <w:t>va</w:t>
      </w:r>
      <w:proofErr w:type="gramEnd"/>
      <w:r w:rsidR="00A86B5E">
        <w:t xml:space="preserve"> Android platformalari uchun </w:t>
      </w:r>
      <w:proofErr w:type="spellStart"/>
      <w:r w:rsidR="00A86B5E">
        <w:t>mo</w:t>
      </w:r>
      <w:r w:rsidR="00A86B5E">
        <w:rPr>
          <w:sz w:val="22"/>
        </w:rPr>
        <w:t>‘</w:t>
      </w:r>
      <w:r>
        <w:t>ljallangan</w:t>
      </w:r>
      <w:proofErr w:type="spellEnd"/>
      <w:r>
        <w:t xml:space="preserve"> Cent</w:t>
      </w:r>
      <w:r w:rsidR="00A86B5E">
        <w:t xml:space="preserve">rum Air </w:t>
      </w:r>
      <w:proofErr w:type="spellStart"/>
      <w:r w:rsidR="00A86B5E">
        <w:t>rasmiy</w:t>
      </w:r>
      <w:proofErr w:type="spellEnd"/>
      <w:r w:rsidR="00A86B5E">
        <w:t xml:space="preserve"> </w:t>
      </w:r>
      <w:proofErr w:type="spellStart"/>
      <w:r w:rsidR="00A86B5E">
        <w:t>mobil</w:t>
      </w:r>
      <w:proofErr w:type="spellEnd"/>
      <w:r w:rsidR="00A86B5E">
        <w:t xml:space="preserve"> </w:t>
      </w:r>
      <w:proofErr w:type="spellStart"/>
      <w:r w:rsidR="00A86B5E">
        <w:t>ilovasi</w:t>
      </w:r>
      <w:proofErr w:type="spellEnd"/>
      <w:r w:rsidR="00A86B5E">
        <w:t xml:space="preserve"> </w:t>
      </w:r>
      <w:proofErr w:type="spellStart"/>
      <w:r w:rsidR="00A86B5E">
        <w:t>bo</w:t>
      </w:r>
      <w:r w:rsidR="00A86B5E">
        <w:rPr>
          <w:sz w:val="22"/>
        </w:rPr>
        <w:t>‘</w:t>
      </w:r>
      <w:r>
        <w:t>lib</w:t>
      </w:r>
      <w:proofErr w:type="spellEnd"/>
      <w:r>
        <w:t xml:space="preserve">, </w:t>
      </w:r>
      <w:proofErr w:type="spellStart"/>
      <w:r>
        <w:t>Aksiya</w:t>
      </w:r>
      <w:proofErr w:type="spellEnd"/>
      <w:r>
        <w:t xml:space="preserve"> </w:t>
      </w:r>
      <w:proofErr w:type="spellStart"/>
      <w:r>
        <w:t>doirasida</w:t>
      </w:r>
      <w:proofErr w:type="spellEnd"/>
      <w:r>
        <w:t xml:space="preserve"> </w:t>
      </w:r>
      <w:proofErr w:type="spellStart"/>
      <w:r>
        <w:t>Aksiyali</w:t>
      </w:r>
      <w:proofErr w:type="spellEnd"/>
      <w:r>
        <w:t xml:space="preserve"> aviachiptalarni xarid qilishning yagona kanali h</w:t>
      </w:r>
      <w:r>
        <w:t>isoblanadi.</w:t>
      </w:r>
    </w:p>
    <w:p w:rsidR="00CA601C" w:rsidRDefault="0073549A">
      <w:pPr>
        <w:pStyle w:val="1"/>
      </w:pPr>
      <w:r>
        <w:t xml:space="preserve">1. </w:t>
      </w:r>
      <w:proofErr w:type="spellStart"/>
      <w:r>
        <w:t>Aksiya</w:t>
      </w:r>
      <w:proofErr w:type="spellEnd"/>
      <w:r>
        <w:t xml:space="preserve"> </w:t>
      </w:r>
      <w:proofErr w:type="spellStart"/>
      <w:r>
        <w:t>haqida</w:t>
      </w:r>
      <w:proofErr w:type="spellEnd"/>
      <w:r>
        <w:t xml:space="preserve"> </w:t>
      </w:r>
      <w:proofErr w:type="spellStart"/>
      <w:r>
        <w:t>umumiy</w:t>
      </w:r>
      <w:proofErr w:type="spellEnd"/>
      <w:r>
        <w:t xml:space="preserve"> </w:t>
      </w:r>
      <w:proofErr w:type="spellStart"/>
      <w:r>
        <w:t>ma</w:t>
      </w:r>
      <w:r w:rsidR="00A86B5E">
        <w:t>’</w:t>
      </w:r>
      <w:r>
        <w:t>lumot</w:t>
      </w:r>
      <w:proofErr w:type="spellEnd"/>
    </w:p>
    <w:p w:rsidR="00CA601C" w:rsidRDefault="0073549A">
      <w:r>
        <w:rPr>
          <w:b/>
        </w:rPr>
        <w:t xml:space="preserve">1.1. </w:t>
      </w:r>
      <w:r>
        <w:t>Aksiyaning mazmuni Mobil ilovada xarid qilinganda Centrum Air aviakom</w:t>
      </w:r>
      <w:r w:rsidR="00A86B5E">
        <w:t xml:space="preserve">paniyasining barcha muntazam </w:t>
      </w:r>
      <w:proofErr w:type="spellStart"/>
      <w:r w:rsidR="00A86B5E">
        <w:t>yo</w:t>
      </w:r>
      <w:r w:rsidR="00A86B5E">
        <w:rPr>
          <w:sz w:val="22"/>
        </w:rPr>
        <w:t>‘</w:t>
      </w:r>
      <w:r>
        <w:t>nalishlari</w:t>
      </w:r>
      <w:proofErr w:type="spellEnd"/>
      <w:r>
        <w:t xml:space="preserve"> </w:t>
      </w:r>
      <w:proofErr w:type="gramStart"/>
      <w:r>
        <w:t>va</w:t>
      </w:r>
      <w:proofErr w:type="gramEnd"/>
      <w:r>
        <w:t xml:space="preserve"> barcha tarif guruhlaridag</w:t>
      </w:r>
      <w:r w:rsidR="00A86B5E">
        <w:t xml:space="preserve">i </w:t>
      </w:r>
      <w:proofErr w:type="spellStart"/>
      <w:r w:rsidR="00A86B5E">
        <w:t>aviachiptalar</w:t>
      </w:r>
      <w:proofErr w:type="spellEnd"/>
      <w:r w:rsidR="00A86B5E">
        <w:t xml:space="preserve"> </w:t>
      </w:r>
      <w:proofErr w:type="spellStart"/>
      <w:r w:rsidR="00A86B5E">
        <w:t>tarifiga</w:t>
      </w:r>
      <w:proofErr w:type="spellEnd"/>
      <w:r w:rsidR="00A86B5E">
        <w:t xml:space="preserve"> 15% (</w:t>
      </w:r>
      <w:proofErr w:type="spellStart"/>
      <w:r w:rsidR="00A86B5E">
        <w:t>o</w:t>
      </w:r>
      <w:r w:rsidR="00A86B5E">
        <w:rPr>
          <w:sz w:val="22"/>
        </w:rPr>
        <w:t>‘</w:t>
      </w:r>
      <w:r>
        <w:t>n</w:t>
      </w:r>
      <w:proofErr w:type="spellEnd"/>
      <w:r>
        <w:t xml:space="preserve"> </w:t>
      </w:r>
      <w:proofErr w:type="spellStart"/>
      <w:r>
        <w:t>besh</w:t>
      </w:r>
      <w:proofErr w:type="spellEnd"/>
      <w:r>
        <w:t xml:space="preserve"> </w:t>
      </w:r>
      <w:proofErr w:type="spellStart"/>
      <w:r>
        <w:t>foiz</w:t>
      </w:r>
      <w:proofErr w:type="spellEnd"/>
      <w:r>
        <w:t xml:space="preserve">) </w:t>
      </w:r>
      <w:proofErr w:type="spellStart"/>
      <w:r>
        <w:t>chegirma</w:t>
      </w:r>
      <w:proofErr w:type="spellEnd"/>
      <w:r>
        <w:t xml:space="preserve"> taqdim etish</w:t>
      </w:r>
      <w:r>
        <w:t>dan iborat.</w:t>
      </w:r>
    </w:p>
    <w:p w:rsidR="00CA601C" w:rsidRDefault="0073549A">
      <w:r>
        <w:rPr>
          <w:b/>
        </w:rPr>
        <w:t xml:space="preserve">1.2. </w:t>
      </w:r>
      <w:r>
        <w:t>Sotuv davri: 2026-yil 11-sentyabr soat 00:00 dan 12-sentyabr kuni yakuniga qadar (Toshkent vaqti bilan, UTC+5).</w:t>
      </w:r>
    </w:p>
    <w:p w:rsidR="00CA601C" w:rsidRDefault="0073549A">
      <w:r>
        <w:rPr>
          <w:b/>
        </w:rPr>
        <w:t xml:space="preserve">1.3. </w:t>
      </w:r>
      <w:r>
        <w:t xml:space="preserve">Parvozlar davri: 2026-yil sentyabr; aviachipta savdo davrida tegishli reys amalga oshirilishidan </w:t>
      </w:r>
      <w:proofErr w:type="spellStart"/>
      <w:r>
        <w:t>oldin</w:t>
      </w:r>
      <w:proofErr w:type="spellEnd"/>
      <w:r>
        <w:t xml:space="preserve"> </w:t>
      </w:r>
      <w:proofErr w:type="spellStart"/>
      <w:r>
        <w:t>rasmiylashtirilishi</w:t>
      </w:r>
      <w:proofErr w:type="spellEnd"/>
      <w:r w:rsidR="00A86B5E">
        <w:t xml:space="preserve"> </w:t>
      </w:r>
      <w:proofErr w:type="spellStart"/>
      <w:proofErr w:type="gramStart"/>
      <w:r w:rsidR="00A86B5E">
        <w:t>va</w:t>
      </w:r>
      <w:proofErr w:type="spellEnd"/>
      <w:proofErr w:type="gramEnd"/>
      <w:r w:rsidR="00A86B5E">
        <w:t xml:space="preserve"> </w:t>
      </w:r>
      <w:proofErr w:type="spellStart"/>
      <w:r w:rsidR="00A86B5E">
        <w:t>to</w:t>
      </w:r>
      <w:r w:rsidR="00A86B5E">
        <w:rPr>
          <w:sz w:val="22"/>
        </w:rPr>
        <w:t>‘</w:t>
      </w:r>
      <w:r>
        <w:t>lanishi</w:t>
      </w:r>
      <w:proofErr w:type="spellEnd"/>
      <w:r>
        <w:t xml:space="preserve"> </w:t>
      </w:r>
      <w:proofErr w:type="spellStart"/>
      <w:r>
        <w:t>lozim</w:t>
      </w:r>
      <w:proofErr w:type="spellEnd"/>
      <w:r>
        <w:t>.</w:t>
      </w:r>
    </w:p>
    <w:p w:rsidR="00CA601C" w:rsidRDefault="0073549A">
      <w:r>
        <w:rPr>
          <w:b/>
        </w:rPr>
        <w:t xml:space="preserve">1.4. </w:t>
      </w:r>
      <w:r>
        <w:t xml:space="preserve">Aksiya Centrum Air </w:t>
      </w:r>
      <w:proofErr w:type="spellStart"/>
      <w:r>
        <w:t>aviakom</w:t>
      </w:r>
      <w:r w:rsidR="00A86B5E">
        <w:t>paniyasining</w:t>
      </w:r>
      <w:proofErr w:type="spellEnd"/>
      <w:r w:rsidR="00A86B5E">
        <w:t xml:space="preserve"> </w:t>
      </w:r>
      <w:proofErr w:type="spellStart"/>
      <w:r w:rsidR="00A86B5E">
        <w:t>barcha</w:t>
      </w:r>
      <w:proofErr w:type="spellEnd"/>
      <w:r w:rsidR="00A86B5E">
        <w:t xml:space="preserve"> </w:t>
      </w:r>
      <w:proofErr w:type="spellStart"/>
      <w:r w:rsidR="00A86B5E">
        <w:t>muntazam</w:t>
      </w:r>
      <w:proofErr w:type="spellEnd"/>
      <w:r w:rsidR="00A86B5E">
        <w:t xml:space="preserve"> </w:t>
      </w:r>
      <w:proofErr w:type="spellStart"/>
      <w:r w:rsidR="00A86B5E">
        <w:t>yo</w:t>
      </w:r>
      <w:r w:rsidR="00A86B5E">
        <w:rPr>
          <w:sz w:val="22"/>
        </w:rPr>
        <w:t>‘</w:t>
      </w:r>
      <w:r>
        <w:t>nalishlariga</w:t>
      </w:r>
      <w:proofErr w:type="spellEnd"/>
      <w:r>
        <w:t xml:space="preserve"> </w:t>
      </w:r>
      <w:proofErr w:type="spellStart"/>
      <w:r>
        <w:t>amal</w:t>
      </w:r>
      <w:proofErr w:type="spellEnd"/>
      <w:r>
        <w:t xml:space="preserve"> </w:t>
      </w:r>
      <w:proofErr w:type="spellStart"/>
      <w:r>
        <w:t>qiladi</w:t>
      </w:r>
      <w:proofErr w:type="spellEnd"/>
      <w:r>
        <w:t>. Aksiya charter reyslariga tatbiq etilmaydi.</w:t>
      </w:r>
    </w:p>
    <w:p w:rsidR="00CA601C" w:rsidRDefault="0073549A">
      <w:r>
        <w:rPr>
          <w:b/>
        </w:rPr>
        <w:t xml:space="preserve">1.5. </w:t>
      </w:r>
      <w:r>
        <w:t xml:space="preserve">Sotuv kanali: faqat Centrum Air Mobil ilovasi. Ushbu Aksiya rasmiy </w:t>
      </w:r>
      <w:proofErr w:type="spellStart"/>
      <w:r>
        <w:t>saytda</w:t>
      </w:r>
      <w:proofErr w:type="spellEnd"/>
      <w:r>
        <w:t xml:space="preserve">, </w:t>
      </w:r>
      <w:proofErr w:type="spellStart"/>
      <w:r>
        <w:t>kassalarda</w:t>
      </w:r>
      <w:proofErr w:type="spellEnd"/>
      <w:r>
        <w:t xml:space="preserve">, </w:t>
      </w:r>
      <w:proofErr w:type="spellStart"/>
      <w:r>
        <w:t>agentlik</w:t>
      </w:r>
      <w:proofErr w:type="spellEnd"/>
      <w:r>
        <w:t xml:space="preserve"> </w:t>
      </w:r>
      <w:proofErr w:type="spellStart"/>
      <w:r w:rsidR="00A86B5E">
        <w:t>tarmog</w:t>
      </w:r>
      <w:r w:rsidR="00A86B5E">
        <w:rPr>
          <w:sz w:val="22"/>
        </w:rPr>
        <w:t>‘</w:t>
      </w:r>
      <w:r>
        <w:t>i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aloqa</w:t>
      </w:r>
      <w:proofErr w:type="spellEnd"/>
      <w:r>
        <w:t xml:space="preserve"> </w:t>
      </w:r>
      <w:proofErr w:type="spellStart"/>
      <w:r>
        <w:t>markazi</w:t>
      </w:r>
      <w:proofErr w:type="spellEnd"/>
      <w:r>
        <w:t xml:space="preserve"> orqali amal qilmaydi.</w:t>
      </w:r>
    </w:p>
    <w:p w:rsidR="00CA601C" w:rsidRDefault="0073549A">
      <w:r>
        <w:rPr>
          <w:b/>
        </w:rPr>
        <w:t xml:space="preserve">1.6. </w:t>
      </w:r>
      <w:r w:rsidR="00A86B5E">
        <w:t>15% (</w:t>
      </w:r>
      <w:proofErr w:type="spellStart"/>
      <w:r w:rsidR="00A86B5E">
        <w:t>o</w:t>
      </w:r>
      <w:r w:rsidR="00A86B5E">
        <w:rPr>
          <w:sz w:val="22"/>
        </w:rPr>
        <w:t>‘</w:t>
      </w:r>
      <w:r>
        <w:t>n</w:t>
      </w:r>
      <w:proofErr w:type="spellEnd"/>
      <w:r>
        <w:t xml:space="preserve"> </w:t>
      </w:r>
      <w:proofErr w:type="spellStart"/>
      <w:r>
        <w:t>besh</w:t>
      </w:r>
      <w:proofErr w:type="spellEnd"/>
      <w:r>
        <w:t xml:space="preserve"> </w:t>
      </w:r>
      <w:proofErr w:type="spellStart"/>
      <w:r>
        <w:t>foiz</w:t>
      </w:r>
      <w:proofErr w:type="spellEnd"/>
      <w:r>
        <w:t xml:space="preserve">) </w:t>
      </w:r>
      <w:proofErr w:type="spellStart"/>
      <w:r>
        <w:t>chegirma</w:t>
      </w:r>
      <w:proofErr w:type="spellEnd"/>
      <w:r>
        <w:t xml:space="preserve"> faqat aviachipta rasmiyla</w:t>
      </w:r>
      <w:r w:rsidR="00A86B5E">
        <w:t xml:space="preserve">shtirilayotgan paytda amalda </w:t>
      </w:r>
      <w:proofErr w:type="spellStart"/>
      <w:proofErr w:type="gramStart"/>
      <w:r w:rsidR="00A86B5E">
        <w:t>bo</w:t>
      </w:r>
      <w:r w:rsidR="00A86B5E">
        <w:rPr>
          <w:sz w:val="22"/>
        </w:rPr>
        <w:t>‘</w:t>
      </w:r>
      <w:r w:rsidR="00A86B5E">
        <w:t>lgan</w:t>
      </w:r>
      <w:proofErr w:type="spellEnd"/>
      <w:proofErr w:type="gramEnd"/>
      <w:r w:rsidR="00A86B5E">
        <w:t xml:space="preserve"> tarifga </w:t>
      </w:r>
      <w:proofErr w:type="spellStart"/>
      <w:r w:rsidR="00A86B5E">
        <w:t>qo</w:t>
      </w:r>
      <w:r w:rsidR="00A86B5E">
        <w:rPr>
          <w:sz w:val="22"/>
        </w:rPr>
        <w:t>‘</w:t>
      </w:r>
      <w:r>
        <w:t>llaniladi</w:t>
      </w:r>
      <w:proofErr w:type="spellEnd"/>
      <w:r>
        <w:t xml:space="preserve">. Soliq </w:t>
      </w:r>
      <w:proofErr w:type="gramStart"/>
      <w:r>
        <w:t>va</w:t>
      </w:r>
      <w:proofErr w:type="gramEnd"/>
      <w:r>
        <w:t xml:space="preserve"> yig'imlar chegirma hisoblanadigan </w:t>
      </w:r>
      <w:proofErr w:type="spellStart"/>
      <w:r>
        <w:t>bazaga</w:t>
      </w:r>
      <w:proofErr w:type="spellEnd"/>
      <w:r>
        <w:t xml:space="preserve"> </w:t>
      </w:r>
      <w:proofErr w:type="spellStart"/>
      <w:r>
        <w:t>kirmaydi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to</w:t>
      </w:r>
      <w:r w:rsidR="00A86B5E">
        <w:rPr>
          <w:sz w:val="22"/>
        </w:rPr>
        <w:t>‘</w:t>
      </w:r>
      <w:r>
        <w:t>liq</w:t>
      </w:r>
      <w:proofErr w:type="spellEnd"/>
      <w:r>
        <w:t xml:space="preserve"> </w:t>
      </w:r>
      <w:proofErr w:type="spellStart"/>
      <w:r>
        <w:t>miqdorda</w:t>
      </w:r>
      <w:proofErr w:type="spellEnd"/>
      <w:r>
        <w:t xml:space="preserve"> </w:t>
      </w:r>
      <w:proofErr w:type="spellStart"/>
      <w:r>
        <w:t>to'lanadi</w:t>
      </w:r>
      <w:proofErr w:type="spellEnd"/>
      <w:r>
        <w:t xml:space="preserve">. </w:t>
      </w:r>
      <w:proofErr w:type="gramStart"/>
      <w:r>
        <w:t xml:space="preserve">Aksiyali aviachiptaning yakuniy qiymati 15% chegirma </w:t>
      </w:r>
      <w:proofErr w:type="spellStart"/>
      <w:r>
        <w:t>qo</w:t>
      </w:r>
      <w:r w:rsidR="00A86B5E">
        <w:rPr>
          <w:sz w:val="22"/>
        </w:rPr>
        <w:t>‘</w:t>
      </w:r>
      <w:r>
        <w:t>llanilgan</w:t>
      </w:r>
      <w:proofErr w:type="spellEnd"/>
      <w:r>
        <w:t xml:space="preserve"> ta</w:t>
      </w:r>
      <w:r w:rsidR="00A86B5E">
        <w:t xml:space="preserve">rif va </w:t>
      </w:r>
      <w:proofErr w:type="spellStart"/>
      <w:r w:rsidR="00A86B5E">
        <w:t>tegishli</w:t>
      </w:r>
      <w:proofErr w:type="spellEnd"/>
      <w:r w:rsidR="00A86B5E">
        <w:t xml:space="preserve"> </w:t>
      </w:r>
      <w:proofErr w:type="spellStart"/>
      <w:r w:rsidR="00A86B5E">
        <w:t>soliq</w:t>
      </w:r>
      <w:proofErr w:type="spellEnd"/>
      <w:r w:rsidR="00A86B5E">
        <w:t xml:space="preserve"> </w:t>
      </w:r>
      <w:proofErr w:type="spellStart"/>
      <w:r w:rsidR="00A86B5E">
        <w:t>hamda</w:t>
      </w:r>
      <w:proofErr w:type="spellEnd"/>
      <w:r w:rsidR="00A86B5E">
        <w:t xml:space="preserve"> </w:t>
      </w:r>
      <w:proofErr w:type="spellStart"/>
      <w:r w:rsidR="00A86B5E">
        <w:t>yig</w:t>
      </w:r>
      <w:r w:rsidR="00A86B5E">
        <w:rPr>
          <w:sz w:val="22"/>
        </w:rPr>
        <w:t>‘</w:t>
      </w:r>
      <w:r>
        <w:t>imlardan</w:t>
      </w:r>
      <w:proofErr w:type="spellEnd"/>
      <w:r>
        <w:t xml:space="preserve"> </w:t>
      </w:r>
      <w:proofErr w:type="spellStart"/>
      <w:r>
        <w:t>tashkil</w:t>
      </w:r>
      <w:proofErr w:type="spellEnd"/>
      <w:r>
        <w:t xml:space="preserve"> </w:t>
      </w:r>
      <w:proofErr w:type="spellStart"/>
      <w:r>
        <w:t>topadi</w:t>
      </w:r>
      <w:proofErr w:type="spellEnd"/>
      <w:r>
        <w:t>.</w:t>
      </w:r>
      <w:proofErr w:type="gramEnd"/>
    </w:p>
    <w:p w:rsidR="00CA601C" w:rsidRDefault="0073549A">
      <w:r>
        <w:rPr>
          <w:b/>
        </w:rPr>
        <w:t xml:space="preserve">1.7. </w:t>
      </w:r>
      <w:r>
        <w:t xml:space="preserve">Aksiya Centrum Air aviakompaniyasining barcha tarif guruhlariga amal qiladi. Tashish shartlari </w:t>
      </w:r>
      <w:proofErr w:type="spellStart"/>
      <w:r>
        <w:t>tanlangan</w:t>
      </w:r>
      <w:proofErr w:type="spellEnd"/>
      <w:r>
        <w:t xml:space="preserve"> </w:t>
      </w:r>
      <w:proofErr w:type="spellStart"/>
      <w:r>
        <w:t>tarif</w:t>
      </w:r>
      <w:proofErr w:type="spellEnd"/>
      <w:r>
        <w:t xml:space="preserve"> </w:t>
      </w:r>
      <w:proofErr w:type="spellStart"/>
      <w:r>
        <w:t>guruhini</w:t>
      </w:r>
      <w:proofErr w:type="spellEnd"/>
      <w:r>
        <w:t xml:space="preserve"> </w:t>
      </w:r>
      <w:proofErr w:type="spellStart"/>
      <w:r>
        <w:t>qo</w:t>
      </w:r>
      <w:r w:rsidR="00A86B5E">
        <w:rPr>
          <w:sz w:val="22"/>
        </w:rPr>
        <w:t>‘</w:t>
      </w:r>
      <w:r>
        <w:t>l</w:t>
      </w:r>
      <w:r>
        <w:t>lash</w:t>
      </w:r>
      <w:proofErr w:type="spellEnd"/>
      <w:r>
        <w:t xml:space="preserve"> </w:t>
      </w:r>
      <w:proofErr w:type="spellStart"/>
      <w:r>
        <w:t>qoidalari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ushbu</w:t>
      </w:r>
      <w:proofErr w:type="spellEnd"/>
      <w:r>
        <w:t xml:space="preserve"> Qoidalar asosida belgilanadi.</w:t>
      </w:r>
    </w:p>
    <w:p w:rsidR="00CA601C" w:rsidRDefault="0073549A">
      <w:r>
        <w:rPr>
          <w:b/>
        </w:rPr>
        <w:t xml:space="preserve">1.8. </w:t>
      </w:r>
      <w:r>
        <w:t>Ushbu Aksiya doirasidagi taklif boshqa aksiyalar, chegirmalar, promokodl</w:t>
      </w:r>
      <w:r w:rsidR="00A86B5E">
        <w:t xml:space="preserve">ar </w:t>
      </w:r>
      <w:proofErr w:type="gramStart"/>
      <w:r w:rsidR="00A86B5E">
        <w:t>va</w:t>
      </w:r>
      <w:proofErr w:type="gramEnd"/>
      <w:r w:rsidR="00A86B5E">
        <w:t xml:space="preserve"> </w:t>
      </w:r>
      <w:proofErr w:type="spellStart"/>
      <w:r w:rsidR="00A86B5E">
        <w:t>maxsus</w:t>
      </w:r>
      <w:proofErr w:type="spellEnd"/>
      <w:r w:rsidR="00A86B5E">
        <w:t xml:space="preserve"> </w:t>
      </w:r>
      <w:proofErr w:type="spellStart"/>
      <w:r w:rsidR="00A86B5E">
        <w:t>takliflar</w:t>
      </w:r>
      <w:proofErr w:type="spellEnd"/>
      <w:r w:rsidR="00A86B5E">
        <w:t xml:space="preserve"> </w:t>
      </w:r>
      <w:proofErr w:type="spellStart"/>
      <w:r w:rsidR="00A86B5E">
        <w:t>bilan</w:t>
      </w:r>
      <w:proofErr w:type="spellEnd"/>
      <w:r w:rsidR="00A86B5E">
        <w:t xml:space="preserve"> </w:t>
      </w:r>
      <w:proofErr w:type="spellStart"/>
      <w:r w:rsidR="00A86B5E">
        <w:t>qo</w:t>
      </w:r>
      <w:r w:rsidR="00A86B5E">
        <w:rPr>
          <w:sz w:val="22"/>
        </w:rPr>
        <w:t>‘</w:t>
      </w:r>
      <w:r w:rsidR="00B52C1A">
        <w:t>shib</w:t>
      </w:r>
      <w:proofErr w:type="spellEnd"/>
      <w:r w:rsidR="00B52C1A">
        <w:t xml:space="preserve"> </w:t>
      </w:r>
      <w:proofErr w:type="spellStart"/>
      <w:r w:rsidR="00B52C1A">
        <w:t>qo</w:t>
      </w:r>
      <w:r w:rsidR="00B52C1A">
        <w:rPr>
          <w:sz w:val="22"/>
        </w:rPr>
        <w:t>‘</w:t>
      </w:r>
      <w:r>
        <w:t>llanilmaydi</w:t>
      </w:r>
      <w:proofErr w:type="spellEnd"/>
      <w:r>
        <w:t>.</w:t>
      </w:r>
    </w:p>
    <w:p w:rsidR="00CA601C" w:rsidRDefault="0073549A">
      <w:r>
        <w:rPr>
          <w:b/>
        </w:rPr>
        <w:t xml:space="preserve">1.9. </w:t>
      </w:r>
      <w:r>
        <w:t xml:space="preserve">Aviachiptaning tegishli soliq </w:t>
      </w:r>
      <w:proofErr w:type="gramStart"/>
      <w:r>
        <w:t>va</w:t>
      </w:r>
      <w:proofErr w:type="gramEnd"/>
      <w:r>
        <w:t xml:space="preserve"> </w:t>
      </w:r>
      <w:proofErr w:type="spellStart"/>
      <w:r>
        <w:t>yig</w:t>
      </w:r>
      <w:r w:rsidR="00A86B5E">
        <w:rPr>
          <w:sz w:val="22"/>
        </w:rPr>
        <w:t>‘</w:t>
      </w:r>
      <w:r>
        <w:t>imlarni</w:t>
      </w:r>
      <w:proofErr w:type="spellEnd"/>
      <w:r>
        <w:t xml:space="preserve"> </w:t>
      </w:r>
      <w:proofErr w:type="spellStart"/>
      <w:r>
        <w:t>o</w:t>
      </w:r>
      <w:r w:rsidR="00A86B5E">
        <w:rPr>
          <w:sz w:val="22"/>
        </w:rPr>
        <w:t>‘</w:t>
      </w:r>
      <w:r>
        <w:t>z</w:t>
      </w:r>
      <w:proofErr w:type="spellEnd"/>
      <w:r>
        <w:t xml:space="preserve"> ichiga olgan yakun</w:t>
      </w:r>
      <w:r w:rsidR="00A86B5E">
        <w:t xml:space="preserve">iy qiymati </w:t>
      </w:r>
      <w:proofErr w:type="spellStart"/>
      <w:r w:rsidR="00A86B5E">
        <w:t>to</w:t>
      </w:r>
      <w:r w:rsidR="00A86B5E">
        <w:rPr>
          <w:sz w:val="22"/>
        </w:rPr>
        <w:t>‘</w:t>
      </w:r>
      <w:r>
        <w:t>lov</w:t>
      </w:r>
      <w:proofErr w:type="spellEnd"/>
      <w:r w:rsidR="00A86B5E">
        <w:t xml:space="preserve"> </w:t>
      </w:r>
      <w:proofErr w:type="spellStart"/>
      <w:r w:rsidR="00A86B5E">
        <w:t>amalga</w:t>
      </w:r>
      <w:proofErr w:type="spellEnd"/>
      <w:r w:rsidR="00A86B5E">
        <w:t xml:space="preserve"> </w:t>
      </w:r>
      <w:proofErr w:type="spellStart"/>
      <w:r w:rsidR="00A86B5E">
        <w:t>oshirilishidan</w:t>
      </w:r>
      <w:proofErr w:type="spellEnd"/>
      <w:r w:rsidR="00A86B5E">
        <w:t xml:space="preserve"> </w:t>
      </w:r>
      <w:proofErr w:type="spellStart"/>
      <w:r w:rsidR="00A86B5E">
        <w:t>oldin</w:t>
      </w:r>
      <w:proofErr w:type="spellEnd"/>
      <w:r w:rsidR="00A86B5E">
        <w:t xml:space="preserve"> </w:t>
      </w:r>
      <w:proofErr w:type="spellStart"/>
      <w:r w:rsidR="00A86B5E">
        <w:t>ko</w:t>
      </w:r>
      <w:r w:rsidR="00A86B5E">
        <w:rPr>
          <w:sz w:val="22"/>
        </w:rPr>
        <w:t>‘</w:t>
      </w:r>
      <w:r>
        <w:t>rsatiladi</w:t>
      </w:r>
      <w:proofErr w:type="spellEnd"/>
      <w:r>
        <w:t>. Ta</w:t>
      </w:r>
      <w:r w:rsidR="00A86B5E">
        <w:t xml:space="preserve">nlangan tarifga kiritilmagan </w:t>
      </w:r>
      <w:proofErr w:type="spellStart"/>
      <w:r w:rsidR="00A86B5E">
        <w:t>qo</w:t>
      </w:r>
      <w:r w:rsidR="00A86B5E">
        <w:rPr>
          <w:sz w:val="22"/>
        </w:rPr>
        <w:t>‘</w:t>
      </w:r>
      <w:r w:rsidR="00A86B5E">
        <w:t>shimcha</w:t>
      </w:r>
      <w:proofErr w:type="spellEnd"/>
      <w:r w:rsidR="00A86B5E">
        <w:t xml:space="preserve"> xizmatlar (</w:t>
      </w:r>
      <w:proofErr w:type="spellStart"/>
      <w:r w:rsidR="00A86B5E">
        <w:t>me’yordan</w:t>
      </w:r>
      <w:proofErr w:type="spellEnd"/>
      <w:r w:rsidR="00A86B5E">
        <w:t xml:space="preserve"> ortiq bagaj, </w:t>
      </w:r>
      <w:proofErr w:type="spellStart"/>
      <w:r w:rsidR="00A86B5E">
        <w:t>o</w:t>
      </w:r>
      <w:r w:rsidR="00A86B5E">
        <w:rPr>
          <w:sz w:val="22"/>
        </w:rPr>
        <w:t>‘</w:t>
      </w:r>
      <w:r>
        <w:t>rindiq</w:t>
      </w:r>
      <w:proofErr w:type="spellEnd"/>
      <w:r>
        <w:t xml:space="preserve"> tanlash, ovqatlanish </w:t>
      </w:r>
      <w:proofErr w:type="gramStart"/>
      <w:r>
        <w:t>va</w:t>
      </w:r>
      <w:proofErr w:type="gramEnd"/>
      <w:r>
        <w:t xml:space="preserve"> boshqa xizmatlar) Tashki</w:t>
      </w:r>
      <w:r w:rsidR="00A86B5E">
        <w:t xml:space="preserve">lotchining amaldagi </w:t>
      </w:r>
      <w:proofErr w:type="spellStart"/>
      <w:r w:rsidR="00A86B5E">
        <w:t>narxlari</w:t>
      </w:r>
      <w:proofErr w:type="spellEnd"/>
      <w:r w:rsidR="00A86B5E">
        <w:t xml:space="preserve"> </w:t>
      </w:r>
      <w:proofErr w:type="spellStart"/>
      <w:r w:rsidR="00A86B5E">
        <w:t>bo</w:t>
      </w:r>
      <w:r w:rsidR="00A86B5E">
        <w:rPr>
          <w:sz w:val="22"/>
        </w:rPr>
        <w:t>‘</w:t>
      </w:r>
      <w:r w:rsidR="00A86B5E">
        <w:t>yicha</w:t>
      </w:r>
      <w:proofErr w:type="spellEnd"/>
      <w:r w:rsidR="00A86B5E">
        <w:t xml:space="preserve"> </w:t>
      </w:r>
      <w:proofErr w:type="spellStart"/>
      <w:r w:rsidR="00A86B5E">
        <w:t>alohida</w:t>
      </w:r>
      <w:proofErr w:type="spellEnd"/>
      <w:r w:rsidR="00A86B5E">
        <w:t xml:space="preserve"> </w:t>
      </w:r>
      <w:proofErr w:type="spellStart"/>
      <w:r w:rsidR="00A86B5E">
        <w:t>to</w:t>
      </w:r>
      <w:r w:rsidR="00A86B5E">
        <w:rPr>
          <w:sz w:val="22"/>
        </w:rPr>
        <w:t>‘</w:t>
      </w:r>
      <w:r>
        <w:t>lanadi</w:t>
      </w:r>
      <w:proofErr w:type="spellEnd"/>
      <w:r>
        <w:t>.</w:t>
      </w:r>
    </w:p>
    <w:p w:rsidR="00CA601C" w:rsidRDefault="0073549A">
      <w:r>
        <w:rPr>
          <w:b/>
        </w:rPr>
        <w:t xml:space="preserve">1.10. </w:t>
      </w:r>
      <w:proofErr w:type="spellStart"/>
      <w:r>
        <w:t>Aksiya</w:t>
      </w:r>
      <w:proofErr w:type="spellEnd"/>
      <w:r>
        <w:t xml:space="preserve"> </w:t>
      </w:r>
      <w:proofErr w:type="spellStart"/>
      <w:r>
        <w:t>shartlari</w:t>
      </w:r>
      <w:proofErr w:type="spellEnd"/>
      <w:r>
        <w:t xml:space="preserve"> </w:t>
      </w:r>
      <w:proofErr w:type="spellStart"/>
      <w:r>
        <w:t>haqidagi</w:t>
      </w:r>
      <w:proofErr w:type="spellEnd"/>
      <w:r>
        <w:t xml:space="preserve"> </w:t>
      </w:r>
      <w:proofErr w:type="spellStart"/>
      <w:r>
        <w:t>ma</w:t>
      </w:r>
      <w:r w:rsidR="00A86B5E">
        <w:t>’</w:t>
      </w:r>
      <w:r>
        <w:t>lumotlar</w:t>
      </w:r>
      <w:proofErr w:type="spellEnd"/>
      <w:r>
        <w:t xml:space="preserve"> www.centrum-air.com </w:t>
      </w:r>
      <w:proofErr w:type="spellStart"/>
      <w:r>
        <w:t>saytida</w:t>
      </w:r>
      <w:proofErr w:type="spellEnd"/>
      <w:r>
        <w:t xml:space="preserve">, Mobil ilovada </w:t>
      </w:r>
      <w:proofErr w:type="gramStart"/>
      <w:r>
        <w:t>va</w:t>
      </w:r>
      <w:proofErr w:type="gramEnd"/>
      <w:r>
        <w:t xml:space="preserve"> Tashkilotchining ijtimoiy tarmoqlardagi rasmiy sahifalarida taqdim etiladi.</w:t>
      </w:r>
    </w:p>
    <w:p w:rsidR="00CA601C" w:rsidRDefault="0073549A">
      <w:pPr>
        <w:pStyle w:val="1"/>
      </w:pPr>
      <w:r>
        <w:lastRenderedPageBreak/>
        <w:t>2. Aksiyada ishtirok etish shartlari</w:t>
      </w:r>
    </w:p>
    <w:p w:rsidR="00CA601C" w:rsidRDefault="0073549A">
      <w:r>
        <w:rPr>
          <w:b/>
        </w:rPr>
        <w:t xml:space="preserve">2.1. </w:t>
      </w:r>
      <w:r>
        <w:t>Ishtirok etish uchun savdo davrida belgilangan parvozl</w:t>
      </w:r>
      <w:r w:rsidR="00A86B5E">
        <w:t xml:space="preserve">ar davriga </w:t>
      </w:r>
      <w:proofErr w:type="spellStart"/>
      <w:proofErr w:type="gramStart"/>
      <w:r w:rsidR="00A86B5E">
        <w:t>to</w:t>
      </w:r>
      <w:r w:rsidR="00A86B5E">
        <w:rPr>
          <w:sz w:val="22"/>
        </w:rPr>
        <w:t>‘</w:t>
      </w:r>
      <w:r>
        <w:t>g</w:t>
      </w:r>
      <w:r w:rsidR="00A86B5E">
        <w:rPr>
          <w:sz w:val="22"/>
        </w:rPr>
        <w:t>‘</w:t>
      </w:r>
      <w:r>
        <w:t>ri</w:t>
      </w:r>
      <w:proofErr w:type="spellEnd"/>
      <w:proofErr w:type="gramEnd"/>
      <w:r>
        <w:t xml:space="preserve"> keladigan reysni tanlash, </w:t>
      </w:r>
      <w:proofErr w:type="spellStart"/>
      <w:r>
        <w:t>yo</w:t>
      </w:r>
      <w:r w:rsidR="00A86B5E">
        <w:rPr>
          <w:sz w:val="22"/>
        </w:rPr>
        <w:t>‘</w:t>
      </w:r>
      <w:r w:rsidR="00A86B5E">
        <w:t>lovchi</w:t>
      </w:r>
      <w:proofErr w:type="spellEnd"/>
      <w:r w:rsidR="00A86B5E">
        <w:t xml:space="preserve"> haqidagi ishonchli </w:t>
      </w:r>
      <w:proofErr w:type="spellStart"/>
      <w:r w:rsidR="00A86B5E">
        <w:t>ma’</w:t>
      </w:r>
      <w:r>
        <w:t>lumotlarni</w:t>
      </w:r>
      <w:proofErr w:type="spellEnd"/>
      <w:r>
        <w:t xml:space="preserve"> kiritish hamda Centrum Air Mobil ilovasida </w:t>
      </w:r>
      <w:proofErr w:type="spellStart"/>
      <w:r>
        <w:t>Aksiyali</w:t>
      </w:r>
      <w:proofErr w:type="spellEnd"/>
      <w:r>
        <w:t xml:space="preserve"> </w:t>
      </w:r>
      <w:proofErr w:type="spellStart"/>
      <w:r>
        <w:t>aviachiptani</w:t>
      </w:r>
      <w:proofErr w:type="spellEnd"/>
      <w:r>
        <w:t xml:space="preserve"> </w:t>
      </w:r>
      <w:proofErr w:type="spellStart"/>
      <w:r>
        <w:t>rasmiylashtirib</w:t>
      </w:r>
      <w:proofErr w:type="spellEnd"/>
      <w:r>
        <w:t xml:space="preserve">, </w:t>
      </w:r>
      <w:proofErr w:type="spellStart"/>
      <w:r>
        <w:t>to</w:t>
      </w:r>
      <w:r w:rsidR="00A86B5E">
        <w:rPr>
          <w:sz w:val="22"/>
        </w:rPr>
        <w:t>‘</w:t>
      </w:r>
      <w:r>
        <w:t>lovni</w:t>
      </w:r>
      <w:proofErr w:type="spellEnd"/>
      <w:r>
        <w:t xml:space="preserve"> </w:t>
      </w:r>
      <w:proofErr w:type="spellStart"/>
      <w:r>
        <w:t>amalga</w:t>
      </w:r>
      <w:proofErr w:type="spellEnd"/>
      <w:r>
        <w:t xml:space="preserve"> </w:t>
      </w:r>
      <w:proofErr w:type="spellStart"/>
      <w:r>
        <w:t>oshirish</w:t>
      </w:r>
      <w:proofErr w:type="spellEnd"/>
      <w:r>
        <w:t xml:space="preserve"> </w:t>
      </w:r>
      <w:proofErr w:type="spellStart"/>
      <w:r>
        <w:t>lozim</w:t>
      </w:r>
      <w:proofErr w:type="spellEnd"/>
      <w:r>
        <w:t>.</w:t>
      </w:r>
    </w:p>
    <w:p w:rsidR="00CA601C" w:rsidRDefault="0073549A">
      <w:r>
        <w:rPr>
          <w:b/>
        </w:rPr>
        <w:t xml:space="preserve">2.2. </w:t>
      </w:r>
      <w:proofErr w:type="spellStart"/>
      <w:r w:rsidR="00A86B5E">
        <w:t>To</w:t>
      </w:r>
      <w:r w:rsidR="00A86B5E">
        <w:rPr>
          <w:sz w:val="22"/>
        </w:rPr>
        <w:t>‘</w:t>
      </w:r>
      <w:r>
        <w:t>lovni</w:t>
      </w:r>
      <w:proofErr w:type="spellEnd"/>
      <w:r>
        <w:t xml:space="preserve"> amalga oshirishdan </w:t>
      </w:r>
      <w:proofErr w:type="spellStart"/>
      <w:r>
        <w:t>oldin</w:t>
      </w:r>
      <w:proofErr w:type="spellEnd"/>
      <w:r>
        <w:t xml:space="preserve"> </w:t>
      </w:r>
      <w:proofErr w:type="spellStart"/>
      <w:r>
        <w:t>Ishtirokchi</w:t>
      </w:r>
      <w:proofErr w:type="spellEnd"/>
      <w:r>
        <w:t xml:space="preserve"> </w:t>
      </w:r>
      <w:proofErr w:type="spellStart"/>
      <w:r>
        <w:t>che</w:t>
      </w:r>
      <w:r>
        <w:t>girma</w:t>
      </w:r>
      <w:proofErr w:type="spellEnd"/>
      <w:r>
        <w:t xml:space="preserve"> </w:t>
      </w:r>
      <w:proofErr w:type="spellStart"/>
      <w:r>
        <w:t>qo</w:t>
      </w:r>
      <w:r w:rsidR="00A86B5E">
        <w:rPr>
          <w:sz w:val="22"/>
        </w:rPr>
        <w:t>‘</w:t>
      </w:r>
      <w:r>
        <w:t>llanilganini</w:t>
      </w:r>
      <w:proofErr w:type="spellEnd"/>
      <w:r>
        <w:t xml:space="preserve">, </w:t>
      </w:r>
      <w:proofErr w:type="spellStart"/>
      <w:r>
        <w:t>yakuniy</w:t>
      </w:r>
      <w:proofErr w:type="spellEnd"/>
      <w:r>
        <w:t xml:space="preserve"> </w:t>
      </w:r>
      <w:proofErr w:type="spellStart"/>
      <w:r>
        <w:t>narxni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tanlangan tarif shartlarini tekshiradi. </w:t>
      </w:r>
      <w:proofErr w:type="spellStart"/>
      <w:proofErr w:type="gramStart"/>
      <w:r>
        <w:t>To</w:t>
      </w:r>
      <w:r w:rsidR="00A86B5E">
        <w:rPr>
          <w:sz w:val="22"/>
        </w:rPr>
        <w:t>‘</w:t>
      </w:r>
      <w:r w:rsidR="00A86B5E">
        <w:t>lov</w:t>
      </w:r>
      <w:proofErr w:type="spellEnd"/>
      <w:r w:rsidR="00A86B5E">
        <w:t xml:space="preserve"> </w:t>
      </w:r>
      <w:proofErr w:type="spellStart"/>
      <w:r w:rsidR="00A86B5E">
        <w:t>amalga</w:t>
      </w:r>
      <w:proofErr w:type="spellEnd"/>
      <w:r w:rsidR="00A86B5E">
        <w:t xml:space="preserve"> </w:t>
      </w:r>
      <w:proofErr w:type="spellStart"/>
      <w:r w:rsidR="00A86B5E">
        <w:t>oshirilmagan</w:t>
      </w:r>
      <w:proofErr w:type="spellEnd"/>
      <w:r w:rsidR="00A86B5E">
        <w:t xml:space="preserve"> </w:t>
      </w:r>
      <w:proofErr w:type="spellStart"/>
      <w:r w:rsidR="00A86B5E">
        <w:t>bronning</w:t>
      </w:r>
      <w:proofErr w:type="spellEnd"/>
      <w:r w:rsidR="00A86B5E">
        <w:t xml:space="preserve"> </w:t>
      </w:r>
      <w:proofErr w:type="spellStart"/>
      <w:r w:rsidR="00A86B5E">
        <w:t>yaratilishi</w:t>
      </w:r>
      <w:proofErr w:type="spellEnd"/>
      <w:r w:rsidR="00A86B5E">
        <w:t xml:space="preserve"> </w:t>
      </w:r>
      <w:proofErr w:type="spellStart"/>
      <w:r w:rsidR="00A86B5E">
        <w:t>o</w:t>
      </w:r>
      <w:r w:rsidR="00A86B5E">
        <w:rPr>
          <w:sz w:val="22"/>
        </w:rPr>
        <w:t>‘</w:t>
      </w:r>
      <w:r w:rsidR="00A86B5E">
        <w:t>z-o</w:t>
      </w:r>
      <w:r w:rsidR="00A86B5E">
        <w:rPr>
          <w:sz w:val="22"/>
        </w:rPr>
        <w:t>‘</w:t>
      </w:r>
      <w:r>
        <w:t>zidan</w:t>
      </w:r>
      <w:proofErr w:type="spellEnd"/>
      <w:r>
        <w:t xml:space="preserve"> </w:t>
      </w:r>
      <w:proofErr w:type="spellStart"/>
      <w:r>
        <w:t>Aksiyali</w:t>
      </w:r>
      <w:proofErr w:type="spellEnd"/>
      <w:r>
        <w:t xml:space="preserve"> </w:t>
      </w:r>
      <w:proofErr w:type="spellStart"/>
      <w:r>
        <w:t>aviachipta</w:t>
      </w:r>
      <w:proofErr w:type="spellEnd"/>
      <w:r>
        <w:t xml:space="preserve"> </w:t>
      </w:r>
      <w:proofErr w:type="spellStart"/>
      <w:r>
        <w:t>xarid</w:t>
      </w:r>
      <w:proofErr w:type="spellEnd"/>
      <w:r>
        <w:t xml:space="preserve"> qilinganini tasdiqlamaydi.</w:t>
      </w:r>
      <w:proofErr w:type="gramEnd"/>
    </w:p>
    <w:p w:rsidR="00CA601C" w:rsidRDefault="0073549A">
      <w:r>
        <w:rPr>
          <w:b/>
        </w:rPr>
        <w:t xml:space="preserve">2.3. </w:t>
      </w:r>
      <w:r>
        <w:t>Aksiyali aviachiptaning xarid qilinishi Ishtirokchi ushbu Qoidalar bilan</w:t>
      </w:r>
      <w:r>
        <w:t xml:space="preserve"> tanishganini va ularga roziligini anglatadi.</w:t>
      </w:r>
    </w:p>
    <w:p w:rsidR="00CA601C" w:rsidRDefault="0073549A">
      <w:r>
        <w:rPr>
          <w:b/>
        </w:rPr>
        <w:t xml:space="preserve">2.4. </w:t>
      </w:r>
      <w:r>
        <w:t xml:space="preserve">Ishtirokchi boshqa </w:t>
      </w:r>
      <w:proofErr w:type="spellStart"/>
      <w:r>
        <w:t>yo</w:t>
      </w:r>
      <w:r w:rsidR="00A86B5E">
        <w:rPr>
          <w:sz w:val="22"/>
        </w:rPr>
        <w:t>‘</w:t>
      </w:r>
      <w:r>
        <w:t>lovchining</w:t>
      </w:r>
      <w:proofErr w:type="spellEnd"/>
      <w:r>
        <w:t xml:space="preserve"> </w:t>
      </w:r>
      <w:proofErr w:type="spellStart"/>
      <w:r>
        <w:t>ma</w:t>
      </w:r>
      <w:r w:rsidR="00A86B5E">
        <w:t>’</w:t>
      </w:r>
      <w:r>
        <w:t>lumotlarini</w:t>
      </w:r>
      <w:proofErr w:type="spellEnd"/>
      <w:r>
        <w:t xml:space="preserve"> taqdim etish </w:t>
      </w:r>
      <w:proofErr w:type="gramStart"/>
      <w:r>
        <w:t>va</w:t>
      </w:r>
      <w:proofErr w:type="gramEnd"/>
      <w:r>
        <w:t xml:space="preserve"> ulardan foydalanish uchun </w:t>
      </w:r>
      <w:proofErr w:type="spellStart"/>
      <w:r>
        <w:t>qonuniy</w:t>
      </w:r>
      <w:proofErr w:type="spellEnd"/>
      <w:r>
        <w:t xml:space="preserve"> </w:t>
      </w:r>
      <w:proofErr w:type="spellStart"/>
      <w:r>
        <w:t>asoslarga</w:t>
      </w:r>
      <w:proofErr w:type="spellEnd"/>
      <w:r>
        <w:t xml:space="preserve"> </w:t>
      </w:r>
      <w:proofErr w:type="spellStart"/>
      <w:r>
        <w:t>ega</w:t>
      </w:r>
      <w:proofErr w:type="spellEnd"/>
      <w:r>
        <w:t xml:space="preserve"> </w:t>
      </w:r>
      <w:proofErr w:type="spellStart"/>
      <w:r>
        <w:t>bo</w:t>
      </w:r>
      <w:r w:rsidR="00A86B5E">
        <w:rPr>
          <w:sz w:val="22"/>
        </w:rPr>
        <w:t>‘</w:t>
      </w:r>
      <w:r>
        <w:t>lsa</w:t>
      </w:r>
      <w:proofErr w:type="spellEnd"/>
      <w:r>
        <w:t xml:space="preserve">, </w:t>
      </w:r>
      <w:proofErr w:type="spellStart"/>
      <w:r>
        <w:t>uning</w:t>
      </w:r>
      <w:proofErr w:type="spellEnd"/>
      <w:r>
        <w:t xml:space="preserve"> </w:t>
      </w:r>
      <w:proofErr w:type="spellStart"/>
      <w:r>
        <w:t>nomiga</w:t>
      </w:r>
      <w:proofErr w:type="spellEnd"/>
      <w:r>
        <w:t xml:space="preserve"> </w:t>
      </w:r>
      <w:proofErr w:type="spellStart"/>
      <w:r>
        <w:t>aviachipta</w:t>
      </w:r>
      <w:proofErr w:type="spellEnd"/>
      <w:r>
        <w:t xml:space="preserve"> rasmiylashtirish huquqiga ega.</w:t>
      </w:r>
    </w:p>
    <w:p w:rsidR="00CA601C" w:rsidRDefault="0073549A">
      <w:r>
        <w:rPr>
          <w:b/>
        </w:rPr>
        <w:t xml:space="preserve">2.5. </w:t>
      </w:r>
      <w:proofErr w:type="spellStart"/>
      <w:r>
        <w:t>Ishtirokchi</w:t>
      </w:r>
      <w:proofErr w:type="spellEnd"/>
      <w:r>
        <w:t xml:space="preserve"> </w:t>
      </w:r>
      <w:proofErr w:type="spellStart"/>
      <w:r>
        <w:t>taqdim</w:t>
      </w:r>
      <w:proofErr w:type="spellEnd"/>
      <w:r>
        <w:t xml:space="preserve"> </w:t>
      </w:r>
      <w:proofErr w:type="spellStart"/>
      <w:r>
        <w:t>etilay</w:t>
      </w:r>
      <w:r>
        <w:t>otgan</w:t>
      </w:r>
      <w:proofErr w:type="spellEnd"/>
      <w:r>
        <w:t xml:space="preserve"> </w:t>
      </w:r>
      <w:proofErr w:type="spellStart"/>
      <w:r>
        <w:t>ma</w:t>
      </w:r>
      <w:r w:rsidR="00A86B5E">
        <w:t>’</w:t>
      </w:r>
      <w:r>
        <w:t>lumotlarning</w:t>
      </w:r>
      <w:proofErr w:type="spellEnd"/>
      <w:r>
        <w:t xml:space="preserve"> </w:t>
      </w:r>
      <w:proofErr w:type="spellStart"/>
      <w:r>
        <w:t>ishonchliligini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tashishni</w:t>
      </w:r>
      <w:proofErr w:type="spellEnd"/>
      <w:r>
        <w:t xml:space="preserve"> rasmiylashtirish uchun qonuniy asoslar mavjudligini kafolatlaydi. Aksiyada ishtirok etish uchinchi shaxslarning huquqlarini buzmasligi kerak.</w:t>
      </w:r>
    </w:p>
    <w:p w:rsidR="00CA601C" w:rsidRDefault="0073549A">
      <w:pPr>
        <w:pStyle w:val="1"/>
      </w:pPr>
      <w:r>
        <w:t>3. Texnik shartlar va javobgarlik</w:t>
      </w:r>
    </w:p>
    <w:p w:rsidR="00CA601C" w:rsidRDefault="0073549A">
      <w:r>
        <w:rPr>
          <w:b/>
        </w:rPr>
        <w:t xml:space="preserve">3.1. </w:t>
      </w:r>
      <w:r>
        <w:t xml:space="preserve">Aviachiptalarni </w:t>
      </w:r>
      <w:r w:rsidR="00A86B5E">
        <w:t xml:space="preserve">rasmiylashtirish </w:t>
      </w:r>
      <w:proofErr w:type="gramStart"/>
      <w:r w:rsidR="00A86B5E">
        <w:t>va</w:t>
      </w:r>
      <w:proofErr w:type="gramEnd"/>
      <w:r w:rsidR="00A86B5E">
        <w:t xml:space="preserve"> </w:t>
      </w:r>
      <w:proofErr w:type="spellStart"/>
      <w:r w:rsidR="00A86B5E">
        <w:t>to</w:t>
      </w:r>
      <w:r w:rsidR="00A86B5E">
        <w:rPr>
          <w:sz w:val="22"/>
        </w:rPr>
        <w:t>‘</w:t>
      </w:r>
      <w:r>
        <w:t>lash</w:t>
      </w:r>
      <w:proofErr w:type="spellEnd"/>
      <w:r>
        <w:t xml:space="preserve"> bronlash tizimi hamda </w:t>
      </w:r>
      <w:proofErr w:type="spellStart"/>
      <w:r>
        <w:t>to</w:t>
      </w:r>
      <w:r w:rsidR="00A86B5E">
        <w:rPr>
          <w:sz w:val="22"/>
        </w:rPr>
        <w:t>‘</w:t>
      </w:r>
      <w:r>
        <w:t>lov</w:t>
      </w:r>
      <w:proofErr w:type="spellEnd"/>
      <w:r>
        <w:t xml:space="preserve"> xizmatlarida </w:t>
      </w:r>
      <w:proofErr w:type="spellStart"/>
      <w:r>
        <w:t>texnik</w:t>
      </w:r>
      <w:proofErr w:type="spellEnd"/>
      <w:r>
        <w:t xml:space="preserve"> </w:t>
      </w:r>
      <w:proofErr w:type="spellStart"/>
      <w:r>
        <w:t>imkoniyat</w:t>
      </w:r>
      <w:proofErr w:type="spellEnd"/>
      <w:r>
        <w:t xml:space="preserve"> </w:t>
      </w:r>
      <w:proofErr w:type="spellStart"/>
      <w:r>
        <w:t>mavjud</w:t>
      </w:r>
      <w:proofErr w:type="spellEnd"/>
      <w:r>
        <w:t xml:space="preserve"> </w:t>
      </w:r>
      <w:proofErr w:type="spellStart"/>
      <w:r>
        <w:t>bo</w:t>
      </w:r>
      <w:r w:rsidR="00A86B5E">
        <w:rPr>
          <w:sz w:val="22"/>
        </w:rPr>
        <w:t>‘</w:t>
      </w:r>
      <w:r>
        <w:t>lgan</w:t>
      </w:r>
      <w:proofErr w:type="spellEnd"/>
      <w:r>
        <w:t xml:space="preserve"> </w:t>
      </w:r>
      <w:proofErr w:type="spellStart"/>
      <w:r>
        <w:t>taqdirda</w:t>
      </w:r>
      <w:proofErr w:type="spellEnd"/>
      <w:r>
        <w:t xml:space="preserve"> </w:t>
      </w:r>
      <w:proofErr w:type="spellStart"/>
      <w:r>
        <w:t>amalga</w:t>
      </w:r>
      <w:proofErr w:type="spellEnd"/>
      <w:r>
        <w:t xml:space="preserve"> </w:t>
      </w:r>
      <w:proofErr w:type="spellStart"/>
      <w:r>
        <w:t>oshiriladi</w:t>
      </w:r>
      <w:proofErr w:type="spellEnd"/>
      <w:r>
        <w:t xml:space="preserve">. </w:t>
      </w:r>
      <w:proofErr w:type="spellStart"/>
      <w:r>
        <w:t>Ishtirokchi</w:t>
      </w:r>
      <w:proofErr w:type="spellEnd"/>
      <w:r>
        <w:t xml:space="preserve"> internet </w:t>
      </w:r>
      <w:proofErr w:type="spellStart"/>
      <w:r>
        <w:t>tarmog</w:t>
      </w:r>
      <w:r w:rsidR="00A86B5E">
        <w:rPr>
          <w:sz w:val="22"/>
        </w:rPr>
        <w:t>‘</w:t>
      </w:r>
      <w:r>
        <w:t>iga</w:t>
      </w:r>
      <w:proofErr w:type="spellEnd"/>
      <w:r>
        <w:t xml:space="preserve"> </w:t>
      </w:r>
      <w:proofErr w:type="spellStart"/>
      <w:r>
        <w:t>kirish</w:t>
      </w:r>
      <w:proofErr w:type="spellEnd"/>
      <w:r>
        <w:t xml:space="preserve"> </w:t>
      </w:r>
      <w:proofErr w:type="spellStart"/>
      <w:r>
        <w:t>imkonini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foydalanayotgan qurilmasining soz holatda </w:t>
      </w:r>
      <w:proofErr w:type="spellStart"/>
      <w:r w:rsidR="00B52C1A">
        <w:t>ishlashini</w:t>
      </w:r>
      <w:proofErr w:type="spellEnd"/>
      <w:r w:rsidR="00B52C1A">
        <w:t xml:space="preserve"> </w:t>
      </w:r>
      <w:proofErr w:type="spellStart"/>
      <w:r w:rsidR="00B52C1A">
        <w:t>mustaqil</w:t>
      </w:r>
      <w:proofErr w:type="spellEnd"/>
      <w:r w:rsidR="00B52C1A">
        <w:t xml:space="preserve"> </w:t>
      </w:r>
      <w:proofErr w:type="spellStart"/>
      <w:r w:rsidR="00B52C1A">
        <w:t>ravishda</w:t>
      </w:r>
      <w:proofErr w:type="spellEnd"/>
      <w:r w:rsidR="00B52C1A">
        <w:t xml:space="preserve"> </w:t>
      </w:r>
      <w:proofErr w:type="spellStart"/>
      <w:r w:rsidR="00B52C1A">
        <w:t>ta’</w:t>
      </w:r>
      <w:r>
        <w:t>m</w:t>
      </w:r>
      <w:r>
        <w:t>inlaydi</w:t>
      </w:r>
      <w:proofErr w:type="spellEnd"/>
      <w:r>
        <w:t>.</w:t>
      </w:r>
    </w:p>
    <w:p w:rsidR="00CA601C" w:rsidRDefault="0073549A">
      <w:r>
        <w:rPr>
          <w:b/>
        </w:rPr>
        <w:t xml:space="preserve">3.2. </w:t>
      </w:r>
      <w:r>
        <w:t xml:space="preserve">Texnik nosozlik yuz bergan yoki aviachipta taqdim etilmasdan pul </w:t>
      </w:r>
      <w:proofErr w:type="spellStart"/>
      <w:r>
        <w:t>mablag</w:t>
      </w:r>
      <w:r w:rsidR="00A86B5E">
        <w:rPr>
          <w:sz w:val="22"/>
        </w:rPr>
        <w:t>‘</w:t>
      </w:r>
      <w:r>
        <w:t>i</w:t>
      </w:r>
      <w:proofErr w:type="spellEnd"/>
      <w:r>
        <w:t xml:space="preserve"> yechib o</w:t>
      </w:r>
      <w:r w:rsidR="00A86B5E">
        <w:t xml:space="preserve">lingan taqdirda, Ishtirokchi </w:t>
      </w:r>
      <w:proofErr w:type="spellStart"/>
      <w:r w:rsidR="00A86B5E">
        <w:t>to</w:t>
      </w:r>
      <w:r w:rsidR="00A86B5E">
        <w:rPr>
          <w:sz w:val="22"/>
        </w:rPr>
        <w:t>‘</w:t>
      </w:r>
      <w:r>
        <w:t>lov</w:t>
      </w:r>
      <w:proofErr w:type="spellEnd"/>
      <w:r>
        <w:t xml:space="preserve"> va bron holatini </w:t>
      </w:r>
      <w:proofErr w:type="spellStart"/>
      <w:r>
        <w:t>tekshirtirish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Tashkilotchining</w:t>
      </w:r>
      <w:proofErr w:type="spellEnd"/>
      <w:r>
        <w:t xml:space="preserve"> </w:t>
      </w:r>
      <w:proofErr w:type="spellStart"/>
      <w:r>
        <w:t>qo</w:t>
      </w:r>
      <w:r w:rsidR="00A86B5E">
        <w:rPr>
          <w:sz w:val="22"/>
        </w:rPr>
        <w:t>‘</w:t>
      </w:r>
      <w:r>
        <w:t>llab-quvvatlash</w:t>
      </w:r>
      <w:proofErr w:type="spellEnd"/>
      <w:r>
        <w:t xml:space="preserve"> </w:t>
      </w:r>
      <w:proofErr w:type="spellStart"/>
      <w:r>
        <w:t>xizmatiga</w:t>
      </w:r>
      <w:proofErr w:type="spellEnd"/>
      <w:r>
        <w:t xml:space="preserve"> </w:t>
      </w:r>
      <w:proofErr w:type="spellStart"/>
      <w:r>
        <w:t>murojaat</w:t>
      </w:r>
      <w:proofErr w:type="spellEnd"/>
      <w:r>
        <w:t xml:space="preserve"> </w:t>
      </w:r>
      <w:proofErr w:type="spellStart"/>
      <w:r>
        <w:t>qilishi</w:t>
      </w:r>
      <w:proofErr w:type="spellEnd"/>
      <w:r>
        <w:t xml:space="preserve"> lozim.</w:t>
      </w:r>
    </w:p>
    <w:p w:rsidR="00CA601C" w:rsidRDefault="0073549A">
      <w:r>
        <w:rPr>
          <w:b/>
        </w:rPr>
        <w:t xml:space="preserve">3.3. </w:t>
      </w:r>
      <w:proofErr w:type="spellStart"/>
      <w:r>
        <w:t>Texnik</w:t>
      </w:r>
      <w:proofErr w:type="spellEnd"/>
      <w:r>
        <w:t xml:space="preserve"> </w:t>
      </w:r>
      <w:proofErr w:type="spellStart"/>
      <w:r>
        <w:t>nosoz</w:t>
      </w:r>
      <w:r w:rsidR="00A86B5E">
        <w:t>likning</w:t>
      </w:r>
      <w:proofErr w:type="spellEnd"/>
      <w:r w:rsidR="00A86B5E">
        <w:t xml:space="preserve"> </w:t>
      </w:r>
      <w:proofErr w:type="spellStart"/>
      <w:r w:rsidR="00A86B5E">
        <w:t>o</w:t>
      </w:r>
      <w:r w:rsidR="00A86B5E">
        <w:rPr>
          <w:sz w:val="22"/>
        </w:rPr>
        <w:t>‘</w:t>
      </w:r>
      <w:r>
        <w:t>zi</w:t>
      </w:r>
      <w:proofErr w:type="spellEnd"/>
      <w:r>
        <w:t xml:space="preserve"> </w:t>
      </w:r>
      <w:proofErr w:type="spellStart"/>
      <w:r>
        <w:t>savdo</w:t>
      </w:r>
      <w:proofErr w:type="spellEnd"/>
      <w:r>
        <w:t xml:space="preserve"> </w:t>
      </w:r>
      <w:proofErr w:type="spellStart"/>
      <w:r>
        <w:t>davrini</w:t>
      </w:r>
      <w:proofErr w:type="spellEnd"/>
      <w:r>
        <w:t xml:space="preserve"> </w:t>
      </w:r>
      <w:proofErr w:type="spellStart"/>
      <w:r>
        <w:t>uzaytirma</w:t>
      </w:r>
      <w:r w:rsidR="00A86B5E">
        <w:t>ydi</w:t>
      </w:r>
      <w:proofErr w:type="spellEnd"/>
      <w:r w:rsidR="00A86B5E">
        <w:t xml:space="preserve">. </w:t>
      </w:r>
      <w:proofErr w:type="spellStart"/>
      <w:r w:rsidR="00A86B5E">
        <w:t>Uning</w:t>
      </w:r>
      <w:proofErr w:type="spellEnd"/>
      <w:r w:rsidR="00A86B5E">
        <w:t xml:space="preserve"> </w:t>
      </w:r>
      <w:proofErr w:type="spellStart"/>
      <w:r w:rsidR="00A86B5E">
        <w:t>amalga</w:t>
      </w:r>
      <w:proofErr w:type="spellEnd"/>
      <w:r w:rsidR="00A86B5E">
        <w:t xml:space="preserve"> </w:t>
      </w:r>
      <w:proofErr w:type="spellStart"/>
      <w:r w:rsidR="00A86B5E">
        <w:t>oshirilgan</w:t>
      </w:r>
      <w:proofErr w:type="spellEnd"/>
      <w:r w:rsidR="00A86B5E">
        <w:t xml:space="preserve"> </w:t>
      </w:r>
      <w:proofErr w:type="spellStart"/>
      <w:r w:rsidR="00A86B5E">
        <w:t>to</w:t>
      </w:r>
      <w:r w:rsidR="00A86B5E">
        <w:rPr>
          <w:sz w:val="22"/>
        </w:rPr>
        <w:t>‘</w:t>
      </w:r>
      <w:r>
        <w:t>lovlar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rasmiylashtirilgan</w:t>
      </w:r>
      <w:proofErr w:type="spellEnd"/>
      <w:r>
        <w:t xml:space="preserve"> </w:t>
      </w:r>
      <w:proofErr w:type="spellStart"/>
      <w:r>
        <w:t>tashuvlarga</w:t>
      </w:r>
      <w:proofErr w:type="spellEnd"/>
      <w:r>
        <w:t xml:space="preserve"> doir oqibatlari qonunchilik hamda tashish shartnomasi shartlariga muvofiq hal etiladi.</w:t>
      </w:r>
    </w:p>
    <w:p w:rsidR="00CA601C" w:rsidRDefault="0073549A">
      <w:r>
        <w:rPr>
          <w:b/>
        </w:rPr>
        <w:t xml:space="preserve">3.4. </w:t>
      </w:r>
      <w:r>
        <w:t xml:space="preserve">Aksiya shartlarini chetlab </w:t>
      </w:r>
      <w:proofErr w:type="spellStart"/>
      <w:r>
        <w:t>o</w:t>
      </w:r>
      <w:r w:rsidR="00A86B5E">
        <w:rPr>
          <w:sz w:val="22"/>
        </w:rPr>
        <w:t>‘</w:t>
      </w:r>
      <w:r>
        <w:t>tishga</w:t>
      </w:r>
      <w:proofErr w:type="spellEnd"/>
      <w:r>
        <w:t xml:space="preserve">, bronlash </w:t>
      </w:r>
      <w:proofErr w:type="gramStart"/>
      <w:r>
        <w:t>va</w:t>
      </w:r>
      <w:proofErr w:type="gramEnd"/>
      <w:r>
        <w:t xml:space="preserve"> </w:t>
      </w:r>
      <w:proofErr w:type="spellStart"/>
      <w:r>
        <w:t>to</w:t>
      </w:r>
      <w:r w:rsidR="00A86B5E">
        <w:rPr>
          <w:sz w:val="22"/>
        </w:rPr>
        <w:t>‘</w:t>
      </w:r>
      <w:r>
        <w:t>lov</w:t>
      </w:r>
      <w:proofErr w:type="spellEnd"/>
      <w:r>
        <w:t xml:space="preserve"> tizimlari ishiga aralashishga yoki </w:t>
      </w:r>
      <w:proofErr w:type="spellStart"/>
      <w:r>
        <w:t>noto</w:t>
      </w:r>
      <w:r w:rsidR="00A86B5E">
        <w:rPr>
          <w:sz w:val="22"/>
        </w:rPr>
        <w:t>‘</w:t>
      </w:r>
      <w:r w:rsidR="00A86B5E">
        <w:t>g</w:t>
      </w:r>
      <w:r w:rsidR="00A86B5E">
        <w:rPr>
          <w:sz w:val="22"/>
        </w:rPr>
        <w:t>‘</w:t>
      </w:r>
      <w:r w:rsidR="00A86B5E">
        <w:t>ri</w:t>
      </w:r>
      <w:proofErr w:type="spellEnd"/>
      <w:r w:rsidR="00A86B5E">
        <w:t xml:space="preserve"> </w:t>
      </w:r>
      <w:proofErr w:type="spellStart"/>
      <w:r w:rsidR="00A86B5E">
        <w:t>ma’</w:t>
      </w:r>
      <w:r>
        <w:t>lumotlardan</w:t>
      </w:r>
      <w:proofErr w:type="spellEnd"/>
      <w:r>
        <w:t xml:space="preserve"> foydalanishga </w:t>
      </w:r>
      <w:proofErr w:type="spellStart"/>
      <w:r>
        <w:t>qaratilgan</w:t>
      </w:r>
      <w:proofErr w:type="spellEnd"/>
      <w:r>
        <w:t xml:space="preserve"> </w:t>
      </w:r>
      <w:proofErr w:type="spellStart"/>
      <w:r>
        <w:t>harakatlarga</w:t>
      </w:r>
      <w:proofErr w:type="spellEnd"/>
      <w:r>
        <w:t xml:space="preserve"> </w:t>
      </w:r>
      <w:proofErr w:type="spellStart"/>
      <w:r>
        <w:t>yo</w:t>
      </w:r>
      <w:r w:rsidR="00A86B5E">
        <w:rPr>
          <w:sz w:val="22"/>
        </w:rPr>
        <w:t>‘</w:t>
      </w:r>
      <w:r w:rsidR="00A86B5E">
        <w:t>l</w:t>
      </w:r>
      <w:proofErr w:type="spellEnd"/>
      <w:r w:rsidR="00A86B5E">
        <w:t xml:space="preserve"> </w:t>
      </w:r>
      <w:proofErr w:type="spellStart"/>
      <w:r w:rsidR="00A86B5E">
        <w:t>qo</w:t>
      </w:r>
      <w:r w:rsidR="00A86B5E">
        <w:rPr>
          <w:sz w:val="22"/>
        </w:rPr>
        <w:t>‘</w:t>
      </w:r>
      <w:r>
        <w:t>yilmaydi</w:t>
      </w:r>
      <w:proofErr w:type="spellEnd"/>
      <w:r>
        <w:t>. Tomonlarning javobgarligi amaldagi qonunchilik asosida belgilanadi.</w:t>
      </w:r>
    </w:p>
    <w:p w:rsidR="00CA601C" w:rsidRDefault="00B52C1A">
      <w:pPr>
        <w:pStyle w:val="1"/>
      </w:pPr>
      <w:r>
        <w:t>4. Shaxsga doir ma’</w:t>
      </w:r>
      <w:bookmarkStart w:id="0" w:name="_GoBack"/>
      <w:bookmarkEnd w:id="0"/>
      <w:r w:rsidR="0073549A">
        <w:t>lumotlar</w:t>
      </w:r>
    </w:p>
    <w:p w:rsidR="00CA601C" w:rsidRDefault="0073549A">
      <w:r>
        <w:rPr>
          <w:b/>
        </w:rPr>
        <w:t xml:space="preserve">4.1. </w:t>
      </w:r>
      <w:r>
        <w:t xml:space="preserve">Aviachiptani rasmiylashtirish </w:t>
      </w:r>
      <w:proofErr w:type="gramStart"/>
      <w:r>
        <w:t>va</w:t>
      </w:r>
      <w:proofErr w:type="gramEnd"/>
      <w:r>
        <w:t xml:space="preserve"> </w:t>
      </w:r>
      <w:r>
        <w:t xml:space="preserve">tashishni amalga oshirish maqsadida Tashkilotchi Ishtirokchi va </w:t>
      </w:r>
      <w:proofErr w:type="spellStart"/>
      <w:r>
        <w:t>yo</w:t>
      </w:r>
      <w:r w:rsidR="00A86B5E">
        <w:rPr>
          <w:sz w:val="22"/>
        </w:rPr>
        <w:t>‘</w:t>
      </w:r>
      <w:r>
        <w:t>lovc</w:t>
      </w:r>
      <w:r w:rsidR="00A86B5E">
        <w:t>hining</w:t>
      </w:r>
      <w:proofErr w:type="spellEnd"/>
      <w:r w:rsidR="00A86B5E">
        <w:t xml:space="preserve"> quyidagi shaxsga doir </w:t>
      </w:r>
      <w:proofErr w:type="spellStart"/>
      <w:r w:rsidR="00A86B5E">
        <w:t>ma’</w:t>
      </w:r>
      <w:r>
        <w:t>lumotlarini</w:t>
      </w:r>
      <w:proofErr w:type="spellEnd"/>
      <w:r>
        <w:t xml:space="preserve"> qayta ishlaydi: familiyasi, ismi, otasining ismi (mavjud </w:t>
      </w:r>
      <w:proofErr w:type="spellStart"/>
      <w:r>
        <w:t>bo</w:t>
      </w:r>
      <w:r w:rsidR="00A86B5E">
        <w:rPr>
          <w:sz w:val="22"/>
        </w:rPr>
        <w:t>‘</w:t>
      </w:r>
      <w:r w:rsidR="00A86B5E">
        <w:t>lsa</w:t>
      </w:r>
      <w:proofErr w:type="spellEnd"/>
      <w:r w:rsidR="00A86B5E">
        <w:t xml:space="preserve">), aloqa </w:t>
      </w:r>
      <w:proofErr w:type="spellStart"/>
      <w:r w:rsidR="00A86B5E">
        <w:t>ma’</w:t>
      </w:r>
      <w:r>
        <w:t>lumotlari</w:t>
      </w:r>
      <w:proofErr w:type="spellEnd"/>
      <w:r>
        <w:t xml:space="preserve">, </w:t>
      </w:r>
      <w:proofErr w:type="spellStart"/>
      <w:r>
        <w:t>tug</w:t>
      </w:r>
      <w:r w:rsidR="00A86B5E">
        <w:rPr>
          <w:sz w:val="22"/>
        </w:rPr>
        <w:t>‘</w:t>
      </w:r>
      <w:r>
        <w:t>ilgan</w:t>
      </w:r>
      <w:proofErr w:type="spellEnd"/>
      <w:r>
        <w:t xml:space="preserve"> sanasi, jinsi, shaxsni tasdiqlovchi hujjat re</w:t>
      </w:r>
      <w:r>
        <w:t xml:space="preserve">kvizitlari, shuningdek, bron </w:t>
      </w:r>
      <w:proofErr w:type="spellStart"/>
      <w:r>
        <w:t>va</w:t>
      </w:r>
      <w:proofErr w:type="spellEnd"/>
      <w:r>
        <w:t xml:space="preserve"> </w:t>
      </w:r>
      <w:proofErr w:type="spellStart"/>
      <w:r>
        <w:t>parvoz</w:t>
      </w:r>
      <w:proofErr w:type="spellEnd"/>
      <w:r>
        <w:t xml:space="preserve"> </w:t>
      </w:r>
      <w:proofErr w:type="spellStart"/>
      <w:r>
        <w:t>haqidagi</w:t>
      </w:r>
      <w:proofErr w:type="spellEnd"/>
      <w:r>
        <w:t xml:space="preserve"> </w:t>
      </w:r>
      <w:proofErr w:type="spellStart"/>
      <w:r>
        <w:t>ma</w:t>
      </w:r>
      <w:r w:rsidR="00A86B5E">
        <w:t>’</w:t>
      </w:r>
      <w:r>
        <w:t>lumotlar</w:t>
      </w:r>
      <w:proofErr w:type="spellEnd"/>
      <w:r>
        <w:t>.</w:t>
      </w:r>
    </w:p>
    <w:p w:rsidR="00CA601C" w:rsidRDefault="0073549A">
      <w:r>
        <w:rPr>
          <w:b/>
        </w:rPr>
        <w:t xml:space="preserve">4.2. </w:t>
      </w:r>
      <w:r w:rsidR="003231B7">
        <w:t xml:space="preserve">Boshqa </w:t>
      </w:r>
      <w:proofErr w:type="spellStart"/>
      <w:r w:rsidR="003231B7">
        <w:t>yo</w:t>
      </w:r>
      <w:r w:rsidR="003231B7">
        <w:rPr>
          <w:sz w:val="22"/>
        </w:rPr>
        <w:t>‘</w:t>
      </w:r>
      <w:r>
        <w:t>lovchi</w:t>
      </w:r>
      <w:proofErr w:type="spellEnd"/>
      <w:r>
        <w:t xml:space="preserve">, shu jumladan bola nomiga aviachipta rasmiylashtirilganda, Ishtirokchi </w:t>
      </w:r>
      <w:proofErr w:type="spellStart"/>
      <w:r>
        <w:t>uning</w:t>
      </w:r>
      <w:proofErr w:type="spellEnd"/>
      <w:r>
        <w:t xml:space="preserve"> </w:t>
      </w:r>
      <w:proofErr w:type="spellStart"/>
      <w:r>
        <w:t>shaxsga</w:t>
      </w:r>
      <w:proofErr w:type="spellEnd"/>
      <w:r>
        <w:t xml:space="preserve"> </w:t>
      </w:r>
      <w:proofErr w:type="spellStart"/>
      <w:r>
        <w:t>doir</w:t>
      </w:r>
      <w:proofErr w:type="spellEnd"/>
      <w:r>
        <w:t xml:space="preserve"> </w:t>
      </w:r>
      <w:proofErr w:type="spellStart"/>
      <w:r>
        <w:t>ma</w:t>
      </w:r>
      <w:r w:rsidR="003231B7">
        <w:t>’</w:t>
      </w:r>
      <w:r>
        <w:t>lumotlarini</w:t>
      </w:r>
      <w:proofErr w:type="spellEnd"/>
      <w:r>
        <w:t xml:space="preserve"> </w:t>
      </w:r>
      <w:proofErr w:type="spellStart"/>
      <w:r>
        <w:t>taqdim</w:t>
      </w:r>
      <w:proofErr w:type="spellEnd"/>
      <w:r>
        <w:t xml:space="preserve"> </w:t>
      </w:r>
      <w:proofErr w:type="spellStart"/>
      <w:r>
        <w:t>etish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qayta ishlash uchun zarur qonuniy asoslar mavjudligi</w:t>
      </w:r>
      <w:r w:rsidR="003231B7">
        <w:t xml:space="preserve">ni </w:t>
      </w:r>
      <w:proofErr w:type="spellStart"/>
      <w:r w:rsidR="003231B7">
        <w:t>ta’</w:t>
      </w:r>
      <w:r>
        <w:t>minlaydi</w:t>
      </w:r>
      <w:proofErr w:type="spellEnd"/>
      <w:r>
        <w:t>.</w:t>
      </w:r>
    </w:p>
    <w:p w:rsidR="00CA601C" w:rsidRDefault="0073549A">
      <w:r>
        <w:rPr>
          <w:b/>
        </w:rPr>
        <w:t xml:space="preserve">4.3. </w:t>
      </w:r>
      <w:r>
        <w:t xml:space="preserve">Shaxsga doir </w:t>
      </w:r>
      <w:proofErr w:type="spellStart"/>
      <w:r>
        <w:t>ma</w:t>
      </w:r>
      <w:r w:rsidR="003231B7">
        <w:t>’lumotlar</w:t>
      </w:r>
      <w:proofErr w:type="spellEnd"/>
      <w:r w:rsidR="003231B7">
        <w:t xml:space="preserve"> </w:t>
      </w:r>
      <w:proofErr w:type="spellStart"/>
      <w:r w:rsidR="003231B7">
        <w:t>O</w:t>
      </w:r>
      <w:r w:rsidR="003231B7">
        <w:rPr>
          <w:sz w:val="22"/>
        </w:rPr>
        <w:t>‘</w:t>
      </w:r>
      <w:r>
        <w:t>zbekiston</w:t>
      </w:r>
      <w:proofErr w:type="spellEnd"/>
      <w:r>
        <w:t xml:space="preserve"> Respublikasi</w:t>
      </w:r>
      <w:r w:rsidR="003231B7">
        <w:t xml:space="preserve"> qonunchiligiga, shu jumladan </w:t>
      </w:r>
      <w:proofErr w:type="spellStart"/>
      <w:r w:rsidR="003231B7">
        <w:t>O</w:t>
      </w:r>
      <w:r w:rsidR="003231B7">
        <w:rPr>
          <w:sz w:val="22"/>
        </w:rPr>
        <w:t>‘</w:t>
      </w:r>
      <w:r>
        <w:t>zbekiston</w:t>
      </w:r>
      <w:proofErr w:type="spellEnd"/>
      <w:r>
        <w:t xml:space="preserve"> Respublikasining «Shaxsga doir </w:t>
      </w:r>
      <w:proofErr w:type="spellStart"/>
      <w:r>
        <w:t>ma</w:t>
      </w:r>
      <w:r w:rsidR="003231B7">
        <w:t>’lumotlar</w:t>
      </w:r>
      <w:proofErr w:type="spellEnd"/>
      <w:r w:rsidR="003231B7">
        <w:t xml:space="preserve"> </w:t>
      </w:r>
      <w:proofErr w:type="spellStart"/>
      <w:r w:rsidR="003231B7">
        <w:t>to</w:t>
      </w:r>
      <w:r w:rsidR="003231B7">
        <w:rPr>
          <w:sz w:val="22"/>
        </w:rPr>
        <w:t>‘</w:t>
      </w:r>
      <w:r w:rsidR="003231B7">
        <w:t>g</w:t>
      </w:r>
      <w:r w:rsidR="003231B7">
        <w:rPr>
          <w:sz w:val="22"/>
        </w:rPr>
        <w:t>‘</w:t>
      </w:r>
      <w:r>
        <w:t>risida»gi</w:t>
      </w:r>
      <w:proofErr w:type="spellEnd"/>
      <w:r>
        <w:t xml:space="preserve"> Qonuniga muvofiq, Tashkilotchining majburiya</w:t>
      </w:r>
      <w:r w:rsidR="003231B7">
        <w:t xml:space="preserve">tlarini </w:t>
      </w:r>
      <w:proofErr w:type="spellStart"/>
      <w:r w:rsidR="003231B7">
        <w:t>bajarish</w:t>
      </w:r>
      <w:proofErr w:type="spellEnd"/>
      <w:r w:rsidR="003231B7">
        <w:t xml:space="preserve"> </w:t>
      </w:r>
      <w:proofErr w:type="spellStart"/>
      <w:r w:rsidR="003231B7">
        <w:t>uchun</w:t>
      </w:r>
      <w:proofErr w:type="spellEnd"/>
      <w:r w:rsidR="003231B7">
        <w:t xml:space="preserve"> </w:t>
      </w:r>
      <w:proofErr w:type="spellStart"/>
      <w:r w:rsidR="003231B7">
        <w:t>zarur</w:t>
      </w:r>
      <w:proofErr w:type="spellEnd"/>
      <w:r w:rsidR="003231B7">
        <w:t xml:space="preserve"> </w:t>
      </w:r>
      <w:proofErr w:type="spellStart"/>
      <w:proofErr w:type="gramStart"/>
      <w:r w:rsidR="003231B7">
        <w:t>bo</w:t>
      </w:r>
      <w:r w:rsidR="003231B7">
        <w:rPr>
          <w:sz w:val="22"/>
        </w:rPr>
        <w:t>‘</w:t>
      </w:r>
      <w:r>
        <w:t>lgan</w:t>
      </w:r>
      <w:proofErr w:type="spellEnd"/>
      <w:proofErr w:type="gramEnd"/>
      <w:r>
        <w:t xml:space="preserve"> </w:t>
      </w:r>
      <w:proofErr w:type="spellStart"/>
      <w:r>
        <w:t>mudda</w:t>
      </w:r>
      <w:r>
        <w:t>tlarda</w:t>
      </w:r>
      <w:proofErr w:type="spellEnd"/>
      <w:r>
        <w:t xml:space="preserve">, </w:t>
      </w:r>
      <w:proofErr w:type="spellStart"/>
      <w:r>
        <w:t>shuningdek</w:t>
      </w:r>
      <w:proofErr w:type="spellEnd"/>
      <w:r>
        <w:t xml:space="preserve">, </w:t>
      </w:r>
      <w:proofErr w:type="spellStart"/>
      <w:r>
        <w:t>qonunchilikda</w:t>
      </w:r>
      <w:proofErr w:type="spellEnd"/>
      <w:r>
        <w:t xml:space="preserve"> belgilangan muddatlarda qayta ishlanadi.</w:t>
      </w:r>
    </w:p>
    <w:p w:rsidR="00CA601C" w:rsidRDefault="0073549A">
      <w:r>
        <w:rPr>
          <w:b/>
        </w:rPr>
        <w:t xml:space="preserve">4.4. </w:t>
      </w:r>
      <w:r>
        <w:t>Aksiyali aviachiptani xarid qilish orqali Ishtirokchi Tashkilotchining maxfiylik siyosati bilan tanishganini tasdiqlaydi: https://centrum-air.com/ru/privacy-policy.</w:t>
      </w:r>
    </w:p>
    <w:p w:rsidR="00CA601C" w:rsidRDefault="0073549A">
      <w:pPr>
        <w:pStyle w:val="1"/>
      </w:pPr>
      <w:r>
        <w:t>5. Boshqa s</w:t>
      </w:r>
      <w:r>
        <w:t>hartlar</w:t>
      </w:r>
    </w:p>
    <w:p w:rsidR="00CA601C" w:rsidRDefault="0073549A">
      <w:r>
        <w:rPr>
          <w:b/>
        </w:rPr>
        <w:t xml:space="preserve">5.1. </w:t>
      </w:r>
      <w:r>
        <w:t xml:space="preserve">Bagaj </w:t>
      </w:r>
      <w:proofErr w:type="gramStart"/>
      <w:r>
        <w:t>va</w:t>
      </w:r>
      <w:proofErr w:type="gramEnd"/>
      <w:r>
        <w:t xml:space="preserve"> </w:t>
      </w:r>
      <w:proofErr w:type="spellStart"/>
      <w:r>
        <w:t>qo</w:t>
      </w:r>
      <w:r w:rsidR="003231B7">
        <w:rPr>
          <w:sz w:val="22"/>
        </w:rPr>
        <w:t>‘</w:t>
      </w:r>
      <w:r w:rsidR="003231B7">
        <w:t>l</w:t>
      </w:r>
      <w:proofErr w:type="spellEnd"/>
      <w:r w:rsidR="003231B7">
        <w:t xml:space="preserve"> yukini tashish </w:t>
      </w:r>
      <w:proofErr w:type="spellStart"/>
      <w:r w:rsidR="003231B7">
        <w:t>me’yorlari</w:t>
      </w:r>
      <w:proofErr w:type="spellEnd"/>
      <w:r w:rsidR="003231B7">
        <w:t xml:space="preserve">, ovqatlanish, bronni </w:t>
      </w:r>
      <w:proofErr w:type="spellStart"/>
      <w:r w:rsidR="003231B7">
        <w:t>o</w:t>
      </w:r>
      <w:r w:rsidR="003231B7">
        <w:rPr>
          <w:sz w:val="22"/>
        </w:rPr>
        <w:t>‘</w:t>
      </w:r>
      <w:r>
        <w:t>zgartirish</w:t>
      </w:r>
      <w:proofErr w:type="spellEnd"/>
      <w:r>
        <w:t xml:space="preserve">, qaytarish va tashishning boshqa shartlari tanlangan tarifni </w:t>
      </w:r>
      <w:proofErr w:type="spellStart"/>
      <w:r>
        <w:t>qo</w:t>
      </w:r>
      <w:r w:rsidR="003231B7">
        <w:rPr>
          <w:sz w:val="22"/>
        </w:rPr>
        <w:t>‘</w:t>
      </w:r>
      <w:r>
        <w:t>llash</w:t>
      </w:r>
      <w:proofErr w:type="spellEnd"/>
      <w:r>
        <w:t xml:space="preserve"> </w:t>
      </w:r>
      <w:proofErr w:type="spellStart"/>
      <w:r>
        <w:t>qoidalari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yo</w:t>
      </w:r>
      <w:r w:rsidR="003231B7">
        <w:rPr>
          <w:sz w:val="22"/>
        </w:rPr>
        <w:t>‘</w:t>
      </w:r>
      <w:r>
        <w:t>lovchini</w:t>
      </w:r>
      <w:proofErr w:type="spellEnd"/>
      <w:r>
        <w:t xml:space="preserve"> </w:t>
      </w:r>
      <w:proofErr w:type="spellStart"/>
      <w:r>
        <w:t>havo</w:t>
      </w:r>
      <w:proofErr w:type="spellEnd"/>
      <w:r>
        <w:t xml:space="preserve"> </w:t>
      </w:r>
      <w:proofErr w:type="spellStart"/>
      <w:r>
        <w:t>transportida</w:t>
      </w:r>
      <w:proofErr w:type="spellEnd"/>
      <w:r>
        <w:t xml:space="preserve"> </w:t>
      </w:r>
      <w:proofErr w:type="spellStart"/>
      <w:r>
        <w:t>tashish</w:t>
      </w:r>
      <w:proofErr w:type="spellEnd"/>
      <w:r>
        <w:t xml:space="preserve"> shartnomasi asosida belgilanadi.</w:t>
      </w:r>
    </w:p>
    <w:p w:rsidR="00CA601C" w:rsidRDefault="0073549A">
      <w:r>
        <w:rPr>
          <w:b/>
        </w:rPr>
        <w:t xml:space="preserve">5.2. </w:t>
      </w:r>
      <w:r>
        <w:t>Ishtiro</w:t>
      </w:r>
      <w:r>
        <w:t xml:space="preserve">kchi </w:t>
      </w:r>
      <w:proofErr w:type="gramStart"/>
      <w:r>
        <w:t>va</w:t>
      </w:r>
      <w:proofErr w:type="gramEnd"/>
      <w:r>
        <w:t xml:space="preserve"> </w:t>
      </w:r>
      <w:proofErr w:type="spellStart"/>
      <w:r>
        <w:t>yo</w:t>
      </w:r>
      <w:r w:rsidR="003231B7">
        <w:rPr>
          <w:sz w:val="22"/>
        </w:rPr>
        <w:t>‘</w:t>
      </w:r>
      <w:r>
        <w:t>lovchi</w:t>
      </w:r>
      <w:proofErr w:type="spellEnd"/>
      <w:r>
        <w:t xml:space="preserve"> zarur hujjatlarning mavjudligini hamda viza, migratsiya, sanitariya va boshqa majburiy</w:t>
      </w:r>
      <w:r w:rsidR="003231B7">
        <w:t xml:space="preserve"> </w:t>
      </w:r>
      <w:proofErr w:type="spellStart"/>
      <w:r w:rsidR="003231B7">
        <w:t>talablarga</w:t>
      </w:r>
      <w:proofErr w:type="spellEnd"/>
      <w:r w:rsidR="003231B7">
        <w:t xml:space="preserve"> </w:t>
      </w:r>
      <w:proofErr w:type="spellStart"/>
      <w:r w:rsidR="003231B7">
        <w:t>rioya</w:t>
      </w:r>
      <w:proofErr w:type="spellEnd"/>
      <w:r w:rsidR="003231B7">
        <w:t xml:space="preserve"> </w:t>
      </w:r>
      <w:proofErr w:type="spellStart"/>
      <w:r w:rsidR="003231B7">
        <w:t>etilishini</w:t>
      </w:r>
      <w:proofErr w:type="spellEnd"/>
      <w:r w:rsidR="003231B7">
        <w:t xml:space="preserve"> </w:t>
      </w:r>
      <w:proofErr w:type="spellStart"/>
      <w:r w:rsidR="003231B7">
        <w:t>ta’</w:t>
      </w:r>
      <w:r>
        <w:t>minlaydi</w:t>
      </w:r>
      <w:proofErr w:type="spellEnd"/>
      <w:r>
        <w:t xml:space="preserve">. Bolani tashishda voyaga yetmaganlarning hujjatlari </w:t>
      </w:r>
      <w:proofErr w:type="gramStart"/>
      <w:r>
        <w:t>va</w:t>
      </w:r>
      <w:proofErr w:type="gramEnd"/>
      <w:r>
        <w:t xml:space="preserve"> ularga hamrohli</w:t>
      </w:r>
      <w:r w:rsidR="003231B7">
        <w:t xml:space="preserve">k qilishga </w:t>
      </w:r>
      <w:proofErr w:type="spellStart"/>
      <w:r w:rsidR="003231B7">
        <w:t>doir</w:t>
      </w:r>
      <w:proofErr w:type="spellEnd"/>
      <w:r w:rsidR="003231B7">
        <w:t xml:space="preserve"> </w:t>
      </w:r>
      <w:proofErr w:type="spellStart"/>
      <w:r w:rsidR="003231B7">
        <w:t>talablar</w:t>
      </w:r>
      <w:proofErr w:type="spellEnd"/>
      <w:r w:rsidR="003231B7">
        <w:t xml:space="preserve"> ham </w:t>
      </w:r>
      <w:proofErr w:type="spellStart"/>
      <w:r w:rsidR="003231B7">
        <w:t>qo</w:t>
      </w:r>
      <w:r w:rsidR="003231B7">
        <w:rPr>
          <w:sz w:val="22"/>
        </w:rPr>
        <w:t>‘</w:t>
      </w:r>
      <w:r>
        <w:t>llaniladi</w:t>
      </w:r>
      <w:proofErr w:type="spellEnd"/>
      <w:r>
        <w:t>.</w:t>
      </w:r>
    </w:p>
    <w:p w:rsidR="00CA601C" w:rsidRDefault="0073549A">
      <w:r>
        <w:rPr>
          <w:b/>
        </w:rPr>
        <w:lastRenderedPageBreak/>
        <w:t xml:space="preserve">5.3. </w:t>
      </w:r>
      <w:r w:rsidR="003231B7">
        <w:t xml:space="preserve">Reys bekor qilingan </w:t>
      </w:r>
      <w:proofErr w:type="spellStart"/>
      <w:r w:rsidR="003231B7">
        <w:t>yoki</w:t>
      </w:r>
      <w:proofErr w:type="spellEnd"/>
      <w:r w:rsidR="003231B7">
        <w:t xml:space="preserve"> </w:t>
      </w:r>
      <w:proofErr w:type="spellStart"/>
      <w:r w:rsidR="003231B7">
        <w:t>o</w:t>
      </w:r>
      <w:r w:rsidR="003231B7">
        <w:rPr>
          <w:sz w:val="22"/>
        </w:rPr>
        <w:t>‘</w:t>
      </w:r>
      <w:r w:rsidR="003231B7">
        <w:t>zgartirilgan</w:t>
      </w:r>
      <w:proofErr w:type="spellEnd"/>
      <w:r w:rsidR="003231B7">
        <w:t xml:space="preserve"> </w:t>
      </w:r>
      <w:proofErr w:type="spellStart"/>
      <w:r w:rsidR="003231B7">
        <w:t>taqdirda</w:t>
      </w:r>
      <w:proofErr w:type="spellEnd"/>
      <w:r w:rsidR="003231B7">
        <w:t xml:space="preserve">, </w:t>
      </w:r>
      <w:proofErr w:type="spellStart"/>
      <w:r w:rsidR="003231B7">
        <w:t>yo</w:t>
      </w:r>
      <w:r w:rsidR="003231B7">
        <w:rPr>
          <w:sz w:val="22"/>
        </w:rPr>
        <w:t>‘</w:t>
      </w:r>
      <w:r>
        <w:t>lovchining</w:t>
      </w:r>
      <w:proofErr w:type="spellEnd"/>
      <w:r>
        <w:t xml:space="preserve"> </w:t>
      </w:r>
      <w:proofErr w:type="spellStart"/>
      <w:r>
        <w:t>huquqlari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Tashkilotchining</w:t>
      </w:r>
      <w:proofErr w:type="spellEnd"/>
      <w:r>
        <w:t xml:space="preserve"> majburiyatlari qonunchilik, Tashish qoidalari hamda havo transportida tashish shartnomasi asosida belgilanadi. </w:t>
      </w:r>
      <w:proofErr w:type="spellStart"/>
      <w:proofErr w:type="gramStart"/>
      <w:r>
        <w:t>Aksiyada</w:t>
      </w:r>
      <w:proofErr w:type="spellEnd"/>
      <w:r>
        <w:t xml:space="preserve"> </w:t>
      </w:r>
      <w:proofErr w:type="spellStart"/>
      <w:r>
        <w:t>ishtirok</w:t>
      </w:r>
      <w:proofErr w:type="spellEnd"/>
      <w:r>
        <w:t xml:space="preserve"> </w:t>
      </w:r>
      <w:proofErr w:type="spellStart"/>
      <w:r>
        <w:t>etish</w:t>
      </w:r>
      <w:proofErr w:type="spellEnd"/>
      <w:r>
        <w:t xml:space="preserve"> </w:t>
      </w:r>
      <w:proofErr w:type="spellStart"/>
      <w:r>
        <w:t>yo</w:t>
      </w:r>
      <w:r w:rsidR="003231B7">
        <w:rPr>
          <w:sz w:val="22"/>
        </w:rPr>
        <w:t>‘</w:t>
      </w:r>
      <w:r>
        <w:t>lovchining</w:t>
      </w:r>
      <w:proofErr w:type="spellEnd"/>
      <w:r>
        <w:t xml:space="preserve"> </w:t>
      </w:r>
      <w:proofErr w:type="spellStart"/>
      <w:r>
        <w:t>majbur</w:t>
      </w:r>
      <w:r>
        <w:t>iy</w:t>
      </w:r>
      <w:proofErr w:type="spellEnd"/>
      <w:r>
        <w:t xml:space="preserve"> </w:t>
      </w:r>
      <w:proofErr w:type="spellStart"/>
      <w:r>
        <w:t>huquqlarini</w:t>
      </w:r>
      <w:proofErr w:type="spellEnd"/>
      <w:r>
        <w:t xml:space="preserve"> </w:t>
      </w:r>
      <w:proofErr w:type="spellStart"/>
      <w:r>
        <w:t>cheklamaydi</w:t>
      </w:r>
      <w:proofErr w:type="spellEnd"/>
      <w:r>
        <w:t>.</w:t>
      </w:r>
      <w:proofErr w:type="gramEnd"/>
    </w:p>
    <w:p w:rsidR="00CA601C" w:rsidRDefault="0073549A">
      <w:r>
        <w:rPr>
          <w:b/>
        </w:rPr>
        <w:t xml:space="preserve">5.4. </w:t>
      </w:r>
      <w:r>
        <w:t xml:space="preserve">Tashkilotchi ushbu Qoidalarga </w:t>
      </w:r>
      <w:proofErr w:type="spellStart"/>
      <w:r>
        <w:t>O</w:t>
      </w:r>
      <w:r w:rsidR="003231B7">
        <w:rPr>
          <w:sz w:val="22"/>
        </w:rPr>
        <w:t>‘</w:t>
      </w:r>
      <w:r>
        <w:t>zbekiston</w:t>
      </w:r>
      <w:proofErr w:type="spellEnd"/>
      <w:r>
        <w:t xml:space="preserve"> Respublikasi qonunchi</w:t>
      </w:r>
      <w:r w:rsidR="003231B7">
        <w:t xml:space="preserve">ligida </w:t>
      </w:r>
      <w:proofErr w:type="spellStart"/>
      <w:r w:rsidR="003231B7">
        <w:t>ruxsat</w:t>
      </w:r>
      <w:proofErr w:type="spellEnd"/>
      <w:r w:rsidR="003231B7">
        <w:t xml:space="preserve"> </w:t>
      </w:r>
      <w:proofErr w:type="spellStart"/>
      <w:r w:rsidR="003231B7">
        <w:t>etilgan</w:t>
      </w:r>
      <w:proofErr w:type="spellEnd"/>
      <w:r w:rsidR="003231B7">
        <w:t xml:space="preserve"> </w:t>
      </w:r>
      <w:proofErr w:type="spellStart"/>
      <w:r w:rsidR="003231B7">
        <w:t>doirada</w:t>
      </w:r>
      <w:proofErr w:type="spellEnd"/>
      <w:r w:rsidR="003231B7">
        <w:t xml:space="preserve"> </w:t>
      </w:r>
      <w:proofErr w:type="spellStart"/>
      <w:r w:rsidR="003231B7">
        <w:t>o</w:t>
      </w:r>
      <w:r w:rsidR="003231B7">
        <w:rPr>
          <w:sz w:val="22"/>
        </w:rPr>
        <w:t>‘</w:t>
      </w:r>
      <w:r>
        <w:t>zgar</w:t>
      </w:r>
      <w:r w:rsidR="003231B7">
        <w:t>tirish</w:t>
      </w:r>
      <w:proofErr w:type="spellEnd"/>
      <w:r w:rsidR="003231B7">
        <w:t xml:space="preserve"> </w:t>
      </w:r>
      <w:proofErr w:type="spellStart"/>
      <w:r w:rsidR="003231B7">
        <w:t>kiritish</w:t>
      </w:r>
      <w:proofErr w:type="spellEnd"/>
      <w:r w:rsidR="003231B7">
        <w:t xml:space="preserve"> </w:t>
      </w:r>
      <w:proofErr w:type="spellStart"/>
      <w:r w:rsidR="003231B7">
        <w:t>huquqiga</w:t>
      </w:r>
      <w:proofErr w:type="spellEnd"/>
      <w:r w:rsidR="003231B7">
        <w:t xml:space="preserve"> </w:t>
      </w:r>
      <w:proofErr w:type="spellStart"/>
      <w:r w:rsidR="003231B7">
        <w:t>ega</w:t>
      </w:r>
      <w:proofErr w:type="spellEnd"/>
      <w:r w:rsidR="003231B7">
        <w:t xml:space="preserve">. </w:t>
      </w:r>
      <w:proofErr w:type="spellStart"/>
      <w:r w:rsidR="003231B7">
        <w:t>O</w:t>
      </w:r>
      <w:r w:rsidR="003231B7">
        <w:rPr>
          <w:sz w:val="22"/>
        </w:rPr>
        <w:t>‘</w:t>
      </w:r>
      <w:r w:rsidR="003231B7">
        <w:t>zgartirishlar</w:t>
      </w:r>
      <w:proofErr w:type="spellEnd"/>
      <w:r w:rsidR="003231B7">
        <w:t xml:space="preserve"> haqidagi </w:t>
      </w:r>
      <w:proofErr w:type="spellStart"/>
      <w:r w:rsidR="003231B7">
        <w:t>ma’</w:t>
      </w:r>
      <w:r>
        <w:t>lumot</w:t>
      </w:r>
      <w:proofErr w:type="spellEnd"/>
      <w:r>
        <w:t xml:space="preserve"> u</w:t>
      </w:r>
      <w:r w:rsidR="003231B7">
        <w:t xml:space="preserve">larning </w:t>
      </w:r>
      <w:proofErr w:type="spellStart"/>
      <w:r w:rsidR="003231B7">
        <w:t>kuchga</w:t>
      </w:r>
      <w:proofErr w:type="spellEnd"/>
      <w:r w:rsidR="003231B7">
        <w:t xml:space="preserve"> </w:t>
      </w:r>
      <w:proofErr w:type="spellStart"/>
      <w:r w:rsidR="003231B7">
        <w:t>kirish</w:t>
      </w:r>
      <w:proofErr w:type="spellEnd"/>
      <w:r w:rsidR="003231B7">
        <w:t xml:space="preserve"> </w:t>
      </w:r>
      <w:proofErr w:type="spellStart"/>
      <w:r w:rsidR="003231B7">
        <w:t>sanasi</w:t>
      </w:r>
      <w:proofErr w:type="spellEnd"/>
      <w:r w:rsidR="003231B7">
        <w:t xml:space="preserve"> </w:t>
      </w:r>
      <w:proofErr w:type="spellStart"/>
      <w:r w:rsidR="003231B7">
        <w:t>ko</w:t>
      </w:r>
      <w:r w:rsidR="003231B7">
        <w:rPr>
          <w:sz w:val="22"/>
        </w:rPr>
        <w:t>‘</w:t>
      </w:r>
      <w:r>
        <w:t>rsatilgan</w:t>
      </w:r>
      <w:proofErr w:type="spellEnd"/>
      <w:r>
        <w:t xml:space="preserve"> </w:t>
      </w:r>
      <w:proofErr w:type="spellStart"/>
      <w:r>
        <w:t>holda</w:t>
      </w:r>
      <w:proofErr w:type="spellEnd"/>
      <w:r>
        <w:t xml:space="preserve"> </w:t>
      </w:r>
      <w:proofErr w:type="spellStart"/>
      <w:r>
        <w:t>rasmiy</w:t>
      </w:r>
      <w:proofErr w:type="spellEnd"/>
      <w:r>
        <w:t xml:space="preserve"> </w:t>
      </w:r>
      <w:proofErr w:type="spellStart"/>
      <w:r>
        <w:t>sayt</w:t>
      </w:r>
      <w:proofErr w:type="spellEnd"/>
      <w:r>
        <w:t xml:space="preserve"> </w:t>
      </w:r>
      <w:proofErr w:type="gramStart"/>
      <w:r>
        <w:t>va</w:t>
      </w:r>
      <w:proofErr w:type="gramEnd"/>
      <w:r>
        <w:t xml:space="preserve"> M</w:t>
      </w:r>
      <w:r w:rsidR="003231B7">
        <w:t xml:space="preserve">obil ilovada joylashtiriladi. </w:t>
      </w:r>
      <w:proofErr w:type="spellStart"/>
      <w:r w:rsidR="003231B7">
        <w:t>O</w:t>
      </w:r>
      <w:r w:rsidR="003231B7">
        <w:rPr>
          <w:sz w:val="22"/>
        </w:rPr>
        <w:t>‘</w:t>
      </w:r>
      <w:r>
        <w:t>zgartirishlar</w:t>
      </w:r>
      <w:proofErr w:type="spellEnd"/>
      <w:r>
        <w:t xml:space="preserve"> </w:t>
      </w:r>
      <w:proofErr w:type="spellStart"/>
      <w:r>
        <w:t>avval</w:t>
      </w:r>
      <w:proofErr w:type="spellEnd"/>
      <w:r>
        <w:t xml:space="preserve"> </w:t>
      </w:r>
      <w:proofErr w:type="spellStart"/>
      <w:r>
        <w:t>rasmiylashtirilgan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to</w:t>
      </w:r>
      <w:r w:rsidR="003231B7">
        <w:rPr>
          <w:sz w:val="22"/>
        </w:rPr>
        <w:t>‘</w:t>
      </w:r>
      <w:r>
        <w:t>langan</w:t>
      </w:r>
      <w:proofErr w:type="spellEnd"/>
      <w:r>
        <w:t xml:space="preserve"> </w:t>
      </w:r>
      <w:proofErr w:type="spellStart"/>
      <w:r>
        <w:t>tashish</w:t>
      </w:r>
      <w:proofErr w:type="spellEnd"/>
      <w:r>
        <w:t xml:space="preserve"> </w:t>
      </w:r>
      <w:proofErr w:type="spellStart"/>
      <w:r>
        <w:t>shartlarini</w:t>
      </w:r>
      <w:proofErr w:type="spellEnd"/>
      <w:r>
        <w:t xml:space="preserve"> </w:t>
      </w:r>
      <w:proofErr w:type="spellStart"/>
      <w:r>
        <w:t>yomonlashtirmasligi</w:t>
      </w:r>
      <w:proofErr w:type="spellEnd"/>
      <w:r>
        <w:t xml:space="preserve"> kerak.</w:t>
      </w:r>
    </w:p>
    <w:p w:rsidR="00CA601C" w:rsidRDefault="0073549A">
      <w:r>
        <w:rPr>
          <w:b/>
        </w:rPr>
        <w:t xml:space="preserve">5.5. </w:t>
      </w:r>
      <w:r>
        <w:t xml:space="preserve">E'tirozlar </w:t>
      </w:r>
      <w:proofErr w:type="gramStart"/>
      <w:r>
        <w:t>va</w:t>
      </w:r>
      <w:proofErr w:type="gramEnd"/>
      <w:r>
        <w:t xml:space="preserve"> nizoli masalalar Tashkilotchiga yozma shaklda yuboriladi va muzokaralar </w:t>
      </w:r>
      <w:proofErr w:type="spellStart"/>
      <w:r>
        <w:t>yo</w:t>
      </w:r>
      <w:r w:rsidR="003231B7">
        <w:rPr>
          <w:sz w:val="22"/>
        </w:rPr>
        <w:t>‘</w:t>
      </w:r>
      <w:r>
        <w:t>li</w:t>
      </w:r>
      <w:proofErr w:type="spellEnd"/>
      <w:r>
        <w:t xml:space="preserve"> bilan hal qilinadi; kel</w:t>
      </w:r>
      <w:r>
        <w:t>ishuvg</w:t>
      </w:r>
      <w:r w:rsidR="003231B7">
        <w:t xml:space="preserve">a erishilmagan taqdirda, ular </w:t>
      </w:r>
      <w:proofErr w:type="spellStart"/>
      <w:r w:rsidR="003231B7">
        <w:t>O</w:t>
      </w:r>
      <w:r w:rsidR="003231B7">
        <w:rPr>
          <w:sz w:val="22"/>
        </w:rPr>
        <w:t>‘</w:t>
      </w:r>
      <w:r>
        <w:t>zbekiston</w:t>
      </w:r>
      <w:proofErr w:type="spellEnd"/>
      <w:r>
        <w:t xml:space="preserve"> Respublikasi </w:t>
      </w:r>
      <w:proofErr w:type="spellStart"/>
      <w:r>
        <w:t>qonunchiligida</w:t>
      </w:r>
      <w:proofErr w:type="spellEnd"/>
      <w:r>
        <w:t xml:space="preserve"> </w:t>
      </w:r>
      <w:proofErr w:type="spellStart"/>
      <w:r>
        <w:t>belgilangan</w:t>
      </w:r>
      <w:proofErr w:type="spellEnd"/>
      <w:r>
        <w:t xml:space="preserve"> </w:t>
      </w:r>
      <w:proofErr w:type="spellStart"/>
      <w:r>
        <w:t>tartibda</w:t>
      </w:r>
      <w:proofErr w:type="spellEnd"/>
      <w:r>
        <w:t xml:space="preserve"> </w:t>
      </w:r>
      <w:proofErr w:type="spellStart"/>
      <w:r>
        <w:t>ko</w:t>
      </w:r>
      <w:r w:rsidR="003231B7">
        <w:rPr>
          <w:sz w:val="22"/>
        </w:rPr>
        <w:t>‘</w:t>
      </w:r>
      <w:r>
        <w:t>rib</w:t>
      </w:r>
      <w:proofErr w:type="spellEnd"/>
      <w:r>
        <w:t xml:space="preserve"> </w:t>
      </w:r>
      <w:proofErr w:type="spellStart"/>
      <w:r>
        <w:t>chiqiladi</w:t>
      </w:r>
      <w:proofErr w:type="spellEnd"/>
      <w:r>
        <w:t>.</w:t>
      </w:r>
    </w:p>
    <w:p w:rsidR="00CA601C" w:rsidRDefault="0073549A">
      <w:r>
        <w:rPr>
          <w:b/>
        </w:rPr>
        <w:t xml:space="preserve">5.6. </w:t>
      </w:r>
      <w:r>
        <w:t>Ushbu Qoidalarda tartibga solinmaga</w:t>
      </w:r>
      <w:r w:rsidR="003231B7">
        <w:t xml:space="preserve">n barcha masalalarda tomonlar </w:t>
      </w:r>
      <w:proofErr w:type="spellStart"/>
      <w:r w:rsidR="003231B7">
        <w:t>O</w:t>
      </w:r>
      <w:r w:rsidR="003231B7">
        <w:rPr>
          <w:sz w:val="22"/>
        </w:rPr>
        <w:t>‘</w:t>
      </w:r>
      <w:r>
        <w:t>zbekiston</w:t>
      </w:r>
      <w:proofErr w:type="spellEnd"/>
      <w:r>
        <w:t xml:space="preserve"> Respublikasi qonunchiligi, Tashkilotchining </w:t>
      </w:r>
      <w:proofErr w:type="spellStart"/>
      <w:r>
        <w:t>Tashish</w:t>
      </w:r>
      <w:proofErr w:type="spellEnd"/>
      <w:r>
        <w:t xml:space="preserve"> </w:t>
      </w:r>
      <w:proofErr w:type="spellStart"/>
      <w:r>
        <w:t>qoidala</w:t>
      </w:r>
      <w:r w:rsidR="003231B7">
        <w:t>ri</w:t>
      </w:r>
      <w:proofErr w:type="spellEnd"/>
      <w:r w:rsidR="003231B7">
        <w:t xml:space="preserve"> </w:t>
      </w:r>
      <w:proofErr w:type="spellStart"/>
      <w:proofErr w:type="gramStart"/>
      <w:r w:rsidR="003231B7">
        <w:t>va</w:t>
      </w:r>
      <w:proofErr w:type="spellEnd"/>
      <w:proofErr w:type="gramEnd"/>
      <w:r w:rsidR="003231B7">
        <w:t xml:space="preserve"> </w:t>
      </w:r>
      <w:proofErr w:type="spellStart"/>
      <w:r w:rsidR="003231B7">
        <w:t>yo</w:t>
      </w:r>
      <w:r w:rsidR="003231B7">
        <w:rPr>
          <w:sz w:val="22"/>
        </w:rPr>
        <w:t>‘</w:t>
      </w:r>
      <w:r>
        <w:t>lovchini</w:t>
      </w:r>
      <w:proofErr w:type="spellEnd"/>
      <w:r>
        <w:t xml:space="preserve"> </w:t>
      </w:r>
      <w:proofErr w:type="spellStart"/>
      <w:r>
        <w:t>havo</w:t>
      </w:r>
      <w:proofErr w:type="spellEnd"/>
      <w:r>
        <w:t xml:space="preserve"> </w:t>
      </w:r>
      <w:proofErr w:type="spellStart"/>
      <w:r>
        <w:t>transportida</w:t>
      </w:r>
      <w:proofErr w:type="spellEnd"/>
      <w:r>
        <w:t xml:space="preserve"> </w:t>
      </w:r>
      <w:proofErr w:type="spellStart"/>
      <w:r>
        <w:t>tashish</w:t>
      </w:r>
      <w:proofErr w:type="spellEnd"/>
      <w:r>
        <w:t xml:space="preserve"> shartnomasi shartlariga amal qiladi.</w:t>
      </w:r>
    </w:p>
    <w:sectPr w:rsidR="00CA601C" w:rsidSect="00034616">
      <w:footerReference w:type="default" r:id="rId9"/>
      <w:pgSz w:w="11906" w:h="16838"/>
      <w:pgMar w:top="1134" w:right="1020" w:bottom="1020" w:left="124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49A" w:rsidRDefault="0073549A">
      <w:pPr>
        <w:spacing w:after="0" w:line="240" w:lineRule="auto"/>
      </w:pPr>
      <w:r>
        <w:separator/>
      </w:r>
    </w:p>
  </w:endnote>
  <w:endnote w:type="continuationSeparator" w:id="0">
    <w:p w:rsidR="0073549A" w:rsidRDefault="00735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1C" w:rsidRDefault="0073549A">
    <w:pPr>
      <w:pStyle w:val="a7"/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B52C1A">
      <w:rPr>
        <w:noProof/>
        <w:sz w:val="18"/>
      </w:rPr>
      <w:t>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49A" w:rsidRDefault="0073549A">
      <w:pPr>
        <w:spacing w:after="0" w:line="240" w:lineRule="auto"/>
      </w:pPr>
      <w:r>
        <w:separator/>
      </w:r>
    </w:p>
  </w:footnote>
  <w:footnote w:type="continuationSeparator" w:id="0">
    <w:p w:rsidR="0073549A" w:rsidRDefault="00735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31B7"/>
    <w:rsid w:val="00326F90"/>
    <w:rsid w:val="0073549A"/>
    <w:rsid w:val="00A86B5E"/>
    <w:rsid w:val="00AA1D8D"/>
    <w:rsid w:val="00B47730"/>
    <w:rsid w:val="00B52C1A"/>
    <w:rsid w:val="00CA601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4140BD-ABD3-41C1-9DA3-378FFA45C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1197</Words>
  <Characters>6825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Mobil ilovada 15% chegirma aksiyasi qoidalari</vt:lpstr>
      <vt:lpstr/>
    </vt:vector>
  </TitlesOfParts>
  <Manager/>
  <Company/>
  <LinksUpToDate>false</LinksUpToDate>
  <CharactersWithSpaces>8006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 ilovada 15% chegirma aksiyasi qoidalari</dc:title>
  <dc:subject>Centrum Air rag'batlantiruvchi reklama tadbiri qoidalari</dc:subject>
  <dc:creator>Centrum Air</dc:creator>
  <cp:keywords/>
  <dc:description>generated by python-docx</dc:description>
  <cp:lastModifiedBy>One_Notebook</cp:lastModifiedBy>
  <cp:revision>3</cp:revision>
  <dcterms:created xsi:type="dcterms:W3CDTF">2013-12-23T23:15:00Z</dcterms:created>
  <dcterms:modified xsi:type="dcterms:W3CDTF">2026-09-08T12:48:00Z</dcterms:modified>
  <cp:category/>
</cp:coreProperties>
</file>